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C0A97" w14:textId="77777777" w:rsidR="001D5AA3" w:rsidRDefault="00000000">
      <w:pPr>
        <w:jc w:val="center"/>
      </w:pPr>
      <w:r>
        <w:rPr>
          <w:b/>
          <w:color w:val="17365D"/>
          <w:sz w:val="40"/>
        </w:rPr>
        <w:t>CRISIS &amp; RESILIENCE FUND</w:t>
      </w:r>
    </w:p>
    <w:p w14:paraId="5EFF34AC" w14:textId="77777777" w:rsidR="001D5AA3" w:rsidRDefault="00000000">
      <w:pPr>
        <w:jc w:val="center"/>
      </w:pPr>
      <w:r>
        <w:rPr>
          <w:b/>
          <w:color w:val="F4512C"/>
          <w:sz w:val="36"/>
        </w:rPr>
        <w:t>Resilience Grant Application Form</w:t>
      </w:r>
    </w:p>
    <w:p w14:paraId="7F948106" w14:textId="77777777" w:rsidR="001D5AA3" w:rsidRDefault="00000000">
      <w:pPr>
        <w:jc w:val="center"/>
      </w:pPr>
      <w:r>
        <w:rPr>
          <w:b/>
          <w:sz w:val="24"/>
        </w:rPr>
        <w:t>Funding available: up to £10,000</w:t>
      </w:r>
    </w:p>
    <w:tbl>
      <w:tblPr>
        <w:tblW w:w="0" w:type="auto"/>
        <w:tblLook w:val="04A0" w:firstRow="1" w:lastRow="0" w:firstColumn="1" w:lastColumn="0" w:noHBand="0" w:noVBand="1"/>
      </w:tblPr>
      <w:tblGrid>
        <w:gridCol w:w="10224"/>
      </w:tblGrid>
      <w:tr w:rsidR="001D5AA3" w14:paraId="0BF48602" w14:textId="77777777">
        <w:tc>
          <w:tcPr>
            <w:tcW w:w="10224" w:type="dxa"/>
            <w:shd w:val="clear" w:color="auto" w:fill="EAF2F8"/>
            <w:tcMar>
              <w:top w:w="130" w:type="dxa"/>
              <w:left w:w="150" w:type="dxa"/>
              <w:bottom w:w="130" w:type="dxa"/>
              <w:right w:w="150" w:type="dxa"/>
            </w:tcMar>
          </w:tcPr>
          <w:p w14:paraId="7F26BB83" w14:textId="77777777" w:rsidR="001D5AA3" w:rsidRDefault="00000000">
            <w:r>
              <w:rPr>
                <w:sz w:val="19"/>
              </w:rPr>
              <w:t>Please use this form to apply for funding for resilience activity benefiting people in the Lancaster district. Your activity must meet at least one of the seven scheme aims. Please complete all relevant sections in black ink and retain a copy for your records.</w:t>
            </w:r>
          </w:p>
        </w:tc>
      </w:tr>
    </w:tbl>
    <w:p w14:paraId="3EC5A01E" w14:textId="77777777" w:rsidR="001D5AA3" w:rsidRDefault="00000000">
      <w:pPr>
        <w:pStyle w:val="Heading1"/>
      </w:pPr>
      <w:r>
        <w:t>Before you apply</w:t>
      </w:r>
    </w:p>
    <w:p w14:paraId="3E9C6AE0" w14:textId="77777777" w:rsidR="001D5AA3" w:rsidRDefault="00000000">
      <w:pPr>
        <w:spacing w:after="60"/>
        <w:ind w:left="259"/>
      </w:pPr>
      <w:r>
        <w:rPr>
          <w:sz w:val="26"/>
        </w:rPr>
        <w:t xml:space="preserve">☐  </w:t>
      </w:r>
      <w:r>
        <w:t>The maximum grant available is £10,000.</w:t>
      </w:r>
    </w:p>
    <w:p w14:paraId="11BCF443" w14:textId="77777777" w:rsidR="001D5AA3" w:rsidRDefault="00000000">
      <w:pPr>
        <w:spacing w:after="60"/>
        <w:ind w:left="259"/>
      </w:pPr>
      <w:r>
        <w:rPr>
          <w:sz w:val="26"/>
        </w:rPr>
        <w:t xml:space="preserve">☐  </w:t>
      </w:r>
      <w:r>
        <w:t>Your project must support at least one of the seven Crisis and Resilience Fund aims listed in Section 3.</w:t>
      </w:r>
    </w:p>
    <w:p w14:paraId="18F35C80" w14:textId="77777777" w:rsidR="001D5AA3" w:rsidRDefault="00000000">
      <w:pPr>
        <w:spacing w:after="60"/>
        <w:ind w:left="259"/>
      </w:pPr>
      <w:r>
        <w:rPr>
          <w:sz w:val="26"/>
        </w:rPr>
        <w:t xml:space="preserve">☐  </w:t>
      </w:r>
      <w:r>
        <w:t>You must explain what the funding will pay for.</w:t>
      </w:r>
    </w:p>
    <w:p w14:paraId="4B3049C8" w14:textId="77777777" w:rsidR="001D5AA3" w:rsidRDefault="00000000">
      <w:pPr>
        <w:spacing w:after="60"/>
        <w:ind w:left="259"/>
      </w:pPr>
      <w:r>
        <w:rPr>
          <w:sz w:val="26"/>
        </w:rPr>
        <w:t xml:space="preserve">☐  </w:t>
      </w:r>
      <w:r>
        <w:t>You must agree to provide monitoring information and evidence showing how the grant was spent and what difference the activity made.</w:t>
      </w:r>
    </w:p>
    <w:p w14:paraId="168B48BD" w14:textId="77777777" w:rsidR="001D5AA3" w:rsidRDefault="00000000">
      <w:pPr>
        <w:pStyle w:val="Heading1"/>
      </w:pPr>
      <w:r>
        <w:t>Section 1: Organisation details</w:t>
      </w:r>
    </w:p>
    <w:tbl>
      <w:tblPr>
        <w:tblW w:w="0" w:type="auto"/>
        <w:jc w:val="center"/>
        <w:tblLayout w:type="fixed"/>
        <w:tblLook w:val="04A0" w:firstRow="1" w:lastRow="0" w:firstColumn="1" w:lastColumn="0" w:noHBand="0" w:noVBand="1"/>
      </w:tblPr>
      <w:tblGrid>
        <w:gridCol w:w="9553"/>
        <w:gridCol w:w="240"/>
      </w:tblGrid>
      <w:tr w:rsidR="001D5AA3" w14:paraId="2B347123"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78722E48" w14:textId="77777777" w:rsidR="001D5AA3" w:rsidRDefault="00000000">
            <w:r>
              <w:rPr>
                <w:b/>
                <w:sz w:val="19"/>
              </w:rPr>
              <w:t>1. Organisation / group name</w:t>
            </w:r>
          </w:p>
        </w:tc>
        <w:tc>
          <w:tcPr>
            <w:tcW w:w="240" w:type="dxa"/>
            <w:tcMar>
              <w:top w:w="90" w:type="dxa"/>
              <w:left w:w="110" w:type="dxa"/>
              <w:bottom w:w="90" w:type="dxa"/>
              <w:right w:w="110" w:type="dxa"/>
            </w:tcMar>
            <w:vAlign w:val="center"/>
          </w:tcPr>
          <w:p w14:paraId="4F668621" w14:textId="77777777" w:rsidR="001D5AA3" w:rsidRDefault="001D5AA3"/>
        </w:tc>
      </w:tr>
      <w:tr w:rsidR="001D5AA3" w14:paraId="0888E539"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15E51AB1" w14:textId="77777777" w:rsidR="001D5AA3" w:rsidRDefault="00000000">
            <w:r>
              <w:rPr>
                <w:b/>
                <w:sz w:val="19"/>
              </w:rPr>
              <w:t>2. Main contact name</w:t>
            </w:r>
          </w:p>
        </w:tc>
        <w:tc>
          <w:tcPr>
            <w:tcW w:w="240" w:type="dxa"/>
            <w:tcMar>
              <w:top w:w="90" w:type="dxa"/>
              <w:left w:w="110" w:type="dxa"/>
              <w:bottom w:w="90" w:type="dxa"/>
              <w:right w:w="110" w:type="dxa"/>
            </w:tcMar>
            <w:vAlign w:val="center"/>
          </w:tcPr>
          <w:p w14:paraId="113DBD03" w14:textId="77777777" w:rsidR="001D5AA3" w:rsidRDefault="001D5AA3"/>
        </w:tc>
      </w:tr>
      <w:tr w:rsidR="001D5AA3" w14:paraId="7CAC1C07"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06CE79FA" w14:textId="77777777" w:rsidR="001D5AA3" w:rsidRDefault="00000000">
            <w:r>
              <w:rPr>
                <w:b/>
                <w:sz w:val="19"/>
              </w:rPr>
              <w:t>3. Position in organisation</w:t>
            </w:r>
          </w:p>
        </w:tc>
        <w:tc>
          <w:tcPr>
            <w:tcW w:w="240" w:type="dxa"/>
            <w:tcMar>
              <w:top w:w="90" w:type="dxa"/>
              <w:left w:w="110" w:type="dxa"/>
              <w:bottom w:w="90" w:type="dxa"/>
              <w:right w:w="110" w:type="dxa"/>
            </w:tcMar>
            <w:vAlign w:val="center"/>
          </w:tcPr>
          <w:p w14:paraId="3A2A1D20" w14:textId="77777777" w:rsidR="001D5AA3" w:rsidRDefault="001D5AA3"/>
        </w:tc>
      </w:tr>
      <w:tr w:rsidR="001D5AA3" w14:paraId="7E970A1E"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71BC3CB7" w14:textId="77777777" w:rsidR="001D5AA3" w:rsidRDefault="00000000">
            <w:r>
              <w:rPr>
                <w:b/>
                <w:sz w:val="19"/>
              </w:rPr>
              <w:t>4. Telephone number</w:t>
            </w:r>
          </w:p>
        </w:tc>
        <w:tc>
          <w:tcPr>
            <w:tcW w:w="240" w:type="dxa"/>
            <w:tcMar>
              <w:top w:w="90" w:type="dxa"/>
              <w:left w:w="110" w:type="dxa"/>
              <w:bottom w:w="90" w:type="dxa"/>
              <w:right w:w="110" w:type="dxa"/>
            </w:tcMar>
            <w:vAlign w:val="center"/>
          </w:tcPr>
          <w:p w14:paraId="5D722234" w14:textId="77777777" w:rsidR="001D5AA3" w:rsidRDefault="001D5AA3"/>
        </w:tc>
      </w:tr>
      <w:tr w:rsidR="001D5AA3" w14:paraId="7398ABD0"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036C09F4" w14:textId="77777777" w:rsidR="001D5AA3" w:rsidRDefault="00000000">
            <w:r>
              <w:rPr>
                <w:b/>
                <w:sz w:val="19"/>
              </w:rPr>
              <w:t>5. Email address</w:t>
            </w:r>
          </w:p>
        </w:tc>
        <w:tc>
          <w:tcPr>
            <w:tcW w:w="240" w:type="dxa"/>
            <w:tcMar>
              <w:top w:w="90" w:type="dxa"/>
              <w:left w:w="110" w:type="dxa"/>
              <w:bottom w:w="90" w:type="dxa"/>
              <w:right w:w="110" w:type="dxa"/>
            </w:tcMar>
            <w:vAlign w:val="center"/>
          </w:tcPr>
          <w:p w14:paraId="62C67C3A" w14:textId="77777777" w:rsidR="001D5AA3" w:rsidRDefault="001D5AA3"/>
        </w:tc>
      </w:tr>
      <w:tr w:rsidR="001D5AA3" w14:paraId="34477E98" w14:textId="77777777" w:rsidTr="00C53CD2">
        <w:trPr>
          <w:trHeight w:val="1224"/>
          <w:jc w:val="center"/>
        </w:trPr>
        <w:tc>
          <w:tcPr>
            <w:tcW w:w="9553" w:type="dxa"/>
            <w:shd w:val="clear" w:color="auto" w:fill="EAF2F8"/>
            <w:tcMar>
              <w:top w:w="90" w:type="dxa"/>
              <w:left w:w="110" w:type="dxa"/>
              <w:bottom w:w="90" w:type="dxa"/>
              <w:right w:w="110" w:type="dxa"/>
            </w:tcMar>
            <w:vAlign w:val="center"/>
          </w:tcPr>
          <w:p w14:paraId="4304363C" w14:textId="77777777" w:rsidR="001D5AA3" w:rsidRDefault="00000000">
            <w:r>
              <w:rPr>
                <w:b/>
                <w:sz w:val="19"/>
              </w:rPr>
              <w:t>6. Organisation address</w:t>
            </w:r>
          </w:p>
        </w:tc>
        <w:tc>
          <w:tcPr>
            <w:tcW w:w="240" w:type="dxa"/>
            <w:tcMar>
              <w:top w:w="90" w:type="dxa"/>
              <w:left w:w="110" w:type="dxa"/>
              <w:bottom w:w="90" w:type="dxa"/>
              <w:right w:w="110" w:type="dxa"/>
            </w:tcMar>
            <w:vAlign w:val="center"/>
          </w:tcPr>
          <w:p w14:paraId="13A17663" w14:textId="77777777" w:rsidR="001D5AA3" w:rsidRDefault="001D5AA3"/>
        </w:tc>
      </w:tr>
      <w:tr w:rsidR="001D5AA3" w14:paraId="2DA25777" w14:textId="77777777" w:rsidTr="00C53CD2">
        <w:trPr>
          <w:trHeight w:val="835"/>
          <w:jc w:val="center"/>
        </w:trPr>
        <w:tc>
          <w:tcPr>
            <w:tcW w:w="9553" w:type="dxa"/>
            <w:shd w:val="clear" w:color="auto" w:fill="EAF2F8"/>
            <w:tcMar>
              <w:top w:w="90" w:type="dxa"/>
              <w:left w:w="110" w:type="dxa"/>
              <w:bottom w:w="90" w:type="dxa"/>
              <w:right w:w="110" w:type="dxa"/>
            </w:tcMar>
            <w:vAlign w:val="center"/>
          </w:tcPr>
          <w:p w14:paraId="35D063C3" w14:textId="77777777" w:rsidR="001D5AA3" w:rsidRDefault="00000000">
            <w:r>
              <w:rPr>
                <w:b/>
                <w:sz w:val="19"/>
              </w:rPr>
              <w:lastRenderedPageBreak/>
              <w:t>7. Website or social media page (if applicable)</w:t>
            </w:r>
          </w:p>
        </w:tc>
        <w:tc>
          <w:tcPr>
            <w:tcW w:w="240" w:type="dxa"/>
            <w:tcMar>
              <w:top w:w="90" w:type="dxa"/>
              <w:left w:w="110" w:type="dxa"/>
              <w:bottom w:w="90" w:type="dxa"/>
              <w:right w:w="110" w:type="dxa"/>
            </w:tcMar>
            <w:vAlign w:val="center"/>
          </w:tcPr>
          <w:p w14:paraId="169001D0" w14:textId="77777777" w:rsidR="001D5AA3" w:rsidRDefault="001D5AA3"/>
        </w:tc>
      </w:tr>
    </w:tbl>
    <w:p w14:paraId="2D499FCD" w14:textId="77777777" w:rsidR="00C53CD2" w:rsidRDefault="00C53CD2">
      <w:pPr>
        <w:rPr>
          <w:b/>
        </w:rPr>
      </w:pPr>
    </w:p>
    <w:p w14:paraId="48022DF9" w14:textId="4C13C3C1" w:rsidR="001D5AA3" w:rsidRDefault="00000000">
      <w:r>
        <w:rPr>
          <w:b/>
        </w:rPr>
        <w:t>8. What type of organisation or group are you?</w:t>
      </w:r>
    </w:p>
    <w:p w14:paraId="16AA76B6" w14:textId="77777777" w:rsidR="001D5AA3" w:rsidRDefault="00000000">
      <w:pPr>
        <w:spacing w:after="60"/>
        <w:ind w:left="259"/>
      </w:pPr>
      <w:r>
        <w:rPr>
          <w:sz w:val="26"/>
        </w:rPr>
        <w:t xml:space="preserve">☐  </w:t>
      </w:r>
      <w:r>
        <w:t>Registered charity</w:t>
      </w:r>
    </w:p>
    <w:p w14:paraId="2498E203" w14:textId="77777777" w:rsidR="001D5AA3" w:rsidRDefault="00000000">
      <w:pPr>
        <w:spacing w:after="60"/>
        <w:ind w:left="259"/>
      </w:pPr>
      <w:r>
        <w:rPr>
          <w:sz w:val="26"/>
        </w:rPr>
        <w:t xml:space="preserve">☐  </w:t>
      </w:r>
      <w:r>
        <w:t>Community group</w:t>
      </w:r>
    </w:p>
    <w:p w14:paraId="182341EB" w14:textId="77777777" w:rsidR="001D5AA3" w:rsidRDefault="00000000">
      <w:pPr>
        <w:spacing w:after="60"/>
        <w:ind w:left="259"/>
      </w:pPr>
      <w:r>
        <w:rPr>
          <w:sz w:val="26"/>
        </w:rPr>
        <w:t xml:space="preserve">☐  </w:t>
      </w:r>
      <w:r>
        <w:t>Community Interest Company (CIC)</w:t>
      </w:r>
    </w:p>
    <w:p w14:paraId="1BA48A06" w14:textId="77777777" w:rsidR="001D5AA3" w:rsidRDefault="00000000">
      <w:pPr>
        <w:spacing w:after="60"/>
        <w:ind w:left="259"/>
      </w:pPr>
      <w:r>
        <w:rPr>
          <w:sz w:val="26"/>
        </w:rPr>
        <w:t xml:space="preserve">☐  </w:t>
      </w:r>
      <w:r>
        <w:t>Faith group</w:t>
      </w:r>
    </w:p>
    <w:p w14:paraId="124FBDC2" w14:textId="77777777" w:rsidR="001D5AA3" w:rsidRDefault="00000000">
      <w:pPr>
        <w:spacing w:after="60"/>
        <w:ind w:left="259"/>
      </w:pPr>
      <w:r>
        <w:rPr>
          <w:sz w:val="26"/>
        </w:rPr>
        <w:t xml:space="preserve">☐  </w:t>
      </w:r>
      <w:r>
        <w:t>Resident group</w:t>
      </w:r>
    </w:p>
    <w:p w14:paraId="182F6A16" w14:textId="77777777" w:rsidR="001D5AA3" w:rsidRDefault="00000000">
      <w:pPr>
        <w:spacing w:after="60"/>
        <w:ind w:left="259"/>
      </w:pPr>
      <w:r>
        <w:rPr>
          <w:sz w:val="26"/>
        </w:rPr>
        <w:t xml:space="preserve">☐  </w:t>
      </w:r>
      <w:r>
        <w:t>Other (please specify): ______________________________</w:t>
      </w:r>
    </w:p>
    <w:p w14:paraId="7A00A44B" w14:textId="77777777" w:rsidR="00C53CD2" w:rsidRDefault="00C53CD2">
      <w:pPr>
        <w:rPr>
          <w:b/>
        </w:rPr>
      </w:pPr>
    </w:p>
    <w:p w14:paraId="6E0580B7" w14:textId="7C844965" w:rsidR="001D5AA3" w:rsidRDefault="00000000">
      <w:r>
        <w:rPr>
          <w:b/>
        </w:rPr>
        <w:t>9. Is your organisation or group formally constituted?</w:t>
      </w:r>
    </w:p>
    <w:p w14:paraId="6427EB8F" w14:textId="77777777" w:rsidR="001D5AA3" w:rsidRDefault="00000000">
      <w:pPr>
        <w:spacing w:after="60"/>
        <w:ind w:left="259"/>
      </w:pPr>
      <w:r>
        <w:rPr>
          <w:sz w:val="26"/>
        </w:rPr>
        <w:t xml:space="preserve">☐  </w:t>
      </w:r>
      <w:r>
        <w:t>Yes</w:t>
      </w:r>
    </w:p>
    <w:p w14:paraId="6A84A92F" w14:textId="77777777" w:rsidR="001D5AA3" w:rsidRDefault="00000000">
      <w:pPr>
        <w:spacing w:after="60"/>
        <w:ind w:left="259"/>
      </w:pPr>
      <w:r>
        <w:rPr>
          <w:sz w:val="26"/>
        </w:rPr>
        <w:t xml:space="preserve">☐  </w:t>
      </w:r>
      <w:r>
        <w:t>No</w:t>
      </w:r>
    </w:p>
    <w:p w14:paraId="2BF675DF" w14:textId="77777777" w:rsidR="00C53CD2" w:rsidRDefault="00C53CD2">
      <w:pPr>
        <w:rPr>
          <w:b/>
        </w:rPr>
      </w:pPr>
    </w:p>
    <w:p w14:paraId="7E5B60EA" w14:textId="05ABD426" w:rsidR="001D5AA3" w:rsidRDefault="00000000">
      <w:r>
        <w:rPr>
          <w:b/>
        </w:rPr>
        <w:t>10. If yes, please include a copy of your constitution or governing rules with this application.</w:t>
      </w:r>
    </w:p>
    <w:p w14:paraId="12A1DFFB" w14:textId="77777777" w:rsidR="001D5AA3" w:rsidRDefault="00000000">
      <w:pPr>
        <w:spacing w:after="60"/>
        <w:ind w:left="259"/>
      </w:pPr>
      <w:r>
        <w:rPr>
          <w:sz w:val="26"/>
        </w:rPr>
        <w:t xml:space="preserve">☐  </w:t>
      </w:r>
      <w:r>
        <w:t>A copy of our constitution or governing rules is enclosed</w:t>
      </w:r>
    </w:p>
    <w:p w14:paraId="671A541B" w14:textId="77777777" w:rsidR="001D5AA3" w:rsidRDefault="00000000">
      <w:pPr>
        <w:spacing w:after="60"/>
        <w:ind w:left="259"/>
      </w:pPr>
      <w:r>
        <w:rPr>
          <w:sz w:val="26"/>
        </w:rPr>
        <w:t xml:space="preserve">☐  </w:t>
      </w:r>
      <w:r>
        <w:t>A copy will be provided separately</w:t>
      </w:r>
    </w:p>
    <w:p w14:paraId="18F4DC0A" w14:textId="77777777" w:rsidR="00C53CD2" w:rsidRDefault="00C53CD2">
      <w:pPr>
        <w:rPr>
          <w:b/>
        </w:rPr>
      </w:pPr>
    </w:p>
    <w:p w14:paraId="78198B4A" w14:textId="2914AB1A" w:rsidR="001D5AA3" w:rsidRDefault="00000000">
      <w:r>
        <w:rPr>
          <w:b/>
        </w:rPr>
        <w:t>11. If your group is not formally constituted, Lancaster City Council may be able to link your group with an established organisation that is willing to hold and manage the grant funds on your behalf. Would you be prepared to consider this?</w:t>
      </w:r>
    </w:p>
    <w:p w14:paraId="07017CEA" w14:textId="77777777" w:rsidR="001D5AA3" w:rsidRDefault="00000000">
      <w:pPr>
        <w:spacing w:after="60"/>
        <w:ind w:left="259"/>
      </w:pPr>
      <w:r>
        <w:rPr>
          <w:sz w:val="26"/>
        </w:rPr>
        <w:t xml:space="preserve">☐  </w:t>
      </w:r>
      <w:r>
        <w:t>Yes</w:t>
      </w:r>
    </w:p>
    <w:p w14:paraId="5F21C731" w14:textId="77777777" w:rsidR="001D5AA3" w:rsidRDefault="00000000">
      <w:pPr>
        <w:spacing w:after="60"/>
        <w:ind w:left="259"/>
      </w:pPr>
      <w:r>
        <w:rPr>
          <w:sz w:val="26"/>
        </w:rPr>
        <w:t xml:space="preserve">☐  </w:t>
      </w:r>
      <w:r>
        <w:t>No</w:t>
      </w:r>
    </w:p>
    <w:p w14:paraId="2DE386C2" w14:textId="77777777" w:rsidR="001D5AA3" w:rsidRDefault="00000000">
      <w:pPr>
        <w:spacing w:after="60"/>
        <w:ind w:left="259"/>
      </w:pPr>
      <w:r>
        <w:rPr>
          <w:sz w:val="26"/>
        </w:rPr>
        <w:t xml:space="preserve">☐  </w:t>
      </w:r>
      <w:r>
        <w:t>I would like to discuss this before deciding</w:t>
      </w:r>
    </w:p>
    <w:p w14:paraId="0F699079" w14:textId="77777777" w:rsidR="00C53CD2" w:rsidRDefault="00C53CD2">
      <w:pPr>
        <w:spacing w:before="100" w:after="80"/>
        <w:rPr>
          <w:b/>
          <w:color w:val="17365D"/>
        </w:rPr>
      </w:pPr>
    </w:p>
    <w:p w14:paraId="0473EA3B" w14:textId="77777777" w:rsidR="00C53CD2" w:rsidRDefault="00C53CD2">
      <w:pPr>
        <w:spacing w:before="100" w:after="80"/>
        <w:rPr>
          <w:b/>
          <w:color w:val="17365D"/>
        </w:rPr>
      </w:pPr>
    </w:p>
    <w:p w14:paraId="4BD688BE" w14:textId="77777777" w:rsidR="00C53CD2" w:rsidRDefault="00C53CD2">
      <w:pPr>
        <w:spacing w:before="100" w:after="80"/>
        <w:rPr>
          <w:b/>
          <w:color w:val="17365D"/>
        </w:rPr>
      </w:pPr>
    </w:p>
    <w:p w14:paraId="7F191A44" w14:textId="77777777" w:rsidR="00C53CD2" w:rsidRDefault="00C53CD2">
      <w:pPr>
        <w:spacing w:before="100" w:after="80"/>
        <w:rPr>
          <w:b/>
          <w:color w:val="17365D"/>
        </w:rPr>
      </w:pPr>
    </w:p>
    <w:p w14:paraId="1DB1B243" w14:textId="77777777" w:rsidR="00C53CD2" w:rsidRDefault="00C53CD2">
      <w:pPr>
        <w:spacing w:before="100" w:after="80"/>
        <w:rPr>
          <w:b/>
          <w:color w:val="17365D"/>
        </w:rPr>
      </w:pPr>
    </w:p>
    <w:p w14:paraId="0CB57FCB" w14:textId="0111A9F4" w:rsidR="001D5AA3" w:rsidRDefault="00000000">
      <w:pPr>
        <w:spacing w:before="100" w:after="80"/>
      </w:pPr>
      <w:r>
        <w:rPr>
          <w:b/>
          <w:color w:val="17365D"/>
        </w:rPr>
        <w:lastRenderedPageBreak/>
        <w:t>12. If your group is not formally constituted, briefly explain how your group operates.</w:t>
      </w:r>
    </w:p>
    <w:p w14:paraId="29F454E1" w14:textId="77777777" w:rsidR="001D5AA3" w:rsidRDefault="00000000">
      <w:pPr>
        <w:pStyle w:val="FormNote"/>
      </w:pPr>
      <w:r>
        <w:t>Maximum 250 words.</w:t>
      </w:r>
    </w:p>
    <w:tbl>
      <w:tblPr>
        <w:tblW w:w="0" w:type="auto"/>
        <w:jc w:val="center"/>
        <w:tblLook w:val="04A0" w:firstRow="1" w:lastRow="0" w:firstColumn="1" w:lastColumn="0" w:noHBand="0" w:noVBand="1"/>
      </w:tblPr>
      <w:tblGrid>
        <w:gridCol w:w="10224"/>
      </w:tblGrid>
      <w:tr w:rsidR="001D5AA3" w14:paraId="6B81EB1B" w14:textId="77777777">
        <w:trPr>
          <w:jc w:val="center"/>
        </w:trPr>
        <w:tc>
          <w:tcPr>
            <w:tcW w:w="10224" w:type="dxa"/>
            <w:tcMar>
              <w:top w:w="120" w:type="dxa"/>
              <w:left w:w="120" w:type="dxa"/>
              <w:bottom w:w="120" w:type="dxa"/>
              <w:right w:w="120" w:type="dxa"/>
            </w:tcMar>
          </w:tcPr>
          <w:p w14:paraId="1D69162E" w14:textId="77777777" w:rsidR="001D5AA3" w:rsidRDefault="00000000">
            <w:pPr>
              <w:spacing w:after="80"/>
            </w:pPr>
            <w:r>
              <w:rPr>
                <w:sz w:val="19"/>
              </w:rPr>
              <w:t>________________________________________________________________________________</w:t>
            </w:r>
          </w:p>
          <w:p w14:paraId="63849F67" w14:textId="77777777" w:rsidR="001D5AA3" w:rsidRDefault="00000000">
            <w:pPr>
              <w:spacing w:after="80"/>
            </w:pPr>
            <w:r>
              <w:rPr>
                <w:sz w:val="19"/>
              </w:rPr>
              <w:t>________________________________________________________________________________</w:t>
            </w:r>
          </w:p>
          <w:p w14:paraId="71E41133" w14:textId="77777777" w:rsidR="001D5AA3" w:rsidRDefault="00000000">
            <w:pPr>
              <w:spacing w:after="80"/>
            </w:pPr>
            <w:r>
              <w:rPr>
                <w:sz w:val="19"/>
              </w:rPr>
              <w:t>________________________________________________________________________________</w:t>
            </w:r>
          </w:p>
          <w:p w14:paraId="5574C91D" w14:textId="77777777" w:rsidR="001D5AA3" w:rsidRDefault="00000000">
            <w:pPr>
              <w:spacing w:after="80"/>
            </w:pPr>
            <w:r>
              <w:rPr>
                <w:sz w:val="19"/>
              </w:rPr>
              <w:t>________________________________________________________________________________</w:t>
            </w:r>
          </w:p>
          <w:p w14:paraId="7C543379" w14:textId="77777777" w:rsidR="001D5AA3" w:rsidRDefault="00000000">
            <w:pPr>
              <w:spacing w:after="80"/>
            </w:pPr>
            <w:r>
              <w:rPr>
                <w:sz w:val="19"/>
              </w:rPr>
              <w:t>________________________________________________________________________________</w:t>
            </w:r>
          </w:p>
          <w:p w14:paraId="4547B646" w14:textId="77777777" w:rsidR="001D5AA3" w:rsidRDefault="00000000">
            <w:pPr>
              <w:spacing w:after="80"/>
            </w:pPr>
            <w:r>
              <w:rPr>
                <w:sz w:val="19"/>
              </w:rPr>
              <w:t>________________________________________________________________________________</w:t>
            </w:r>
          </w:p>
          <w:p w14:paraId="6B286515" w14:textId="77777777" w:rsidR="001D5AA3" w:rsidRDefault="00000000">
            <w:pPr>
              <w:spacing w:after="80"/>
            </w:pPr>
            <w:r>
              <w:rPr>
                <w:sz w:val="19"/>
              </w:rPr>
              <w:t>________________________________________________________________________________</w:t>
            </w:r>
          </w:p>
          <w:p w14:paraId="07BAC5AD" w14:textId="77777777" w:rsidR="001D5AA3" w:rsidRDefault="00000000">
            <w:pPr>
              <w:spacing w:after="80"/>
            </w:pPr>
            <w:r>
              <w:rPr>
                <w:sz w:val="19"/>
              </w:rPr>
              <w:t>________________________________________________________________________________</w:t>
            </w:r>
          </w:p>
          <w:p w14:paraId="233E38D1" w14:textId="77777777" w:rsidR="001D5AA3" w:rsidRDefault="00000000">
            <w:pPr>
              <w:spacing w:after="80"/>
            </w:pPr>
            <w:r>
              <w:rPr>
                <w:sz w:val="19"/>
              </w:rPr>
              <w:t>________________________________________________________________________________</w:t>
            </w:r>
          </w:p>
          <w:p w14:paraId="251681E5" w14:textId="77777777" w:rsidR="001D5AA3" w:rsidRDefault="00000000">
            <w:pPr>
              <w:spacing w:after="80"/>
            </w:pPr>
            <w:r>
              <w:rPr>
                <w:sz w:val="19"/>
              </w:rPr>
              <w:t>________________________________________________________________________________</w:t>
            </w:r>
          </w:p>
        </w:tc>
      </w:tr>
    </w:tbl>
    <w:p w14:paraId="72255E7F" w14:textId="77777777" w:rsidR="001D5AA3" w:rsidRDefault="00000000">
      <w:r>
        <w:br w:type="page"/>
      </w:r>
    </w:p>
    <w:p w14:paraId="1EA7195D" w14:textId="77777777" w:rsidR="001D5AA3" w:rsidRDefault="00000000">
      <w:pPr>
        <w:pStyle w:val="Heading1"/>
      </w:pPr>
      <w:r>
        <w:lastRenderedPageBreak/>
        <w:t>Section 2: About your project</w:t>
      </w:r>
    </w:p>
    <w:tbl>
      <w:tblPr>
        <w:tblW w:w="0" w:type="auto"/>
        <w:jc w:val="center"/>
        <w:tblLayout w:type="fixed"/>
        <w:tblLook w:val="04A0" w:firstRow="1" w:lastRow="0" w:firstColumn="1" w:lastColumn="0" w:noHBand="0" w:noVBand="1"/>
      </w:tblPr>
      <w:tblGrid>
        <w:gridCol w:w="9553"/>
        <w:gridCol w:w="240"/>
      </w:tblGrid>
      <w:tr w:rsidR="001D5AA3" w14:paraId="2428CC6B" w14:textId="77777777" w:rsidTr="00C53CD2">
        <w:trPr>
          <w:trHeight w:val="792"/>
          <w:jc w:val="center"/>
        </w:trPr>
        <w:tc>
          <w:tcPr>
            <w:tcW w:w="9553" w:type="dxa"/>
            <w:shd w:val="clear" w:color="auto" w:fill="EAF2F8"/>
            <w:tcMar>
              <w:top w:w="90" w:type="dxa"/>
              <w:left w:w="110" w:type="dxa"/>
              <w:bottom w:w="90" w:type="dxa"/>
              <w:right w:w="110" w:type="dxa"/>
            </w:tcMar>
            <w:vAlign w:val="center"/>
          </w:tcPr>
          <w:p w14:paraId="0B84B591" w14:textId="77777777" w:rsidR="001D5AA3" w:rsidRDefault="00000000">
            <w:r>
              <w:rPr>
                <w:b/>
                <w:sz w:val="19"/>
              </w:rPr>
              <w:t>13. Project / activity name</w:t>
            </w:r>
          </w:p>
        </w:tc>
        <w:tc>
          <w:tcPr>
            <w:tcW w:w="240" w:type="dxa"/>
            <w:tcMar>
              <w:top w:w="90" w:type="dxa"/>
              <w:left w:w="110" w:type="dxa"/>
              <w:bottom w:w="90" w:type="dxa"/>
              <w:right w:w="110" w:type="dxa"/>
            </w:tcMar>
            <w:vAlign w:val="center"/>
          </w:tcPr>
          <w:p w14:paraId="7D3638AA" w14:textId="77777777" w:rsidR="001D5AA3" w:rsidRDefault="001D5AA3"/>
        </w:tc>
      </w:tr>
    </w:tbl>
    <w:p w14:paraId="4C36E5AF" w14:textId="77777777" w:rsidR="001D5AA3" w:rsidRDefault="00000000">
      <w:pPr>
        <w:spacing w:before="100" w:after="80"/>
      </w:pPr>
      <w:r>
        <w:rPr>
          <w:b/>
          <w:color w:val="17365D"/>
        </w:rPr>
        <w:t>14. Briefly describe the activity you would like funding for.</w:t>
      </w:r>
    </w:p>
    <w:p w14:paraId="711648FB" w14:textId="77777777" w:rsidR="001D5AA3" w:rsidRDefault="00000000">
      <w:pPr>
        <w:pStyle w:val="FormNote"/>
      </w:pPr>
      <w:r>
        <w:t>Maximum 500 words.</w:t>
      </w:r>
    </w:p>
    <w:tbl>
      <w:tblPr>
        <w:tblW w:w="0" w:type="auto"/>
        <w:jc w:val="center"/>
        <w:tblLook w:val="04A0" w:firstRow="1" w:lastRow="0" w:firstColumn="1" w:lastColumn="0" w:noHBand="0" w:noVBand="1"/>
      </w:tblPr>
      <w:tblGrid>
        <w:gridCol w:w="10224"/>
      </w:tblGrid>
      <w:tr w:rsidR="001D5AA3" w14:paraId="65120793" w14:textId="77777777">
        <w:trPr>
          <w:jc w:val="center"/>
        </w:trPr>
        <w:tc>
          <w:tcPr>
            <w:tcW w:w="10224" w:type="dxa"/>
            <w:tcMar>
              <w:top w:w="120" w:type="dxa"/>
              <w:left w:w="120" w:type="dxa"/>
              <w:bottom w:w="120" w:type="dxa"/>
              <w:right w:w="120" w:type="dxa"/>
            </w:tcMar>
          </w:tcPr>
          <w:p w14:paraId="7EFAC04A" w14:textId="77777777" w:rsidR="001D5AA3" w:rsidRDefault="00000000">
            <w:pPr>
              <w:spacing w:after="80"/>
            </w:pPr>
            <w:r>
              <w:rPr>
                <w:sz w:val="19"/>
              </w:rPr>
              <w:t>________________________________________________________________________________</w:t>
            </w:r>
          </w:p>
          <w:p w14:paraId="74AFC181" w14:textId="77777777" w:rsidR="001D5AA3" w:rsidRDefault="00000000">
            <w:pPr>
              <w:spacing w:after="80"/>
            </w:pPr>
            <w:r>
              <w:rPr>
                <w:sz w:val="19"/>
              </w:rPr>
              <w:t>________________________________________________________________________________</w:t>
            </w:r>
          </w:p>
          <w:p w14:paraId="159F5DFD" w14:textId="77777777" w:rsidR="001D5AA3" w:rsidRDefault="00000000">
            <w:pPr>
              <w:spacing w:after="80"/>
            </w:pPr>
            <w:r>
              <w:rPr>
                <w:sz w:val="19"/>
              </w:rPr>
              <w:t>________________________________________________________________________________</w:t>
            </w:r>
          </w:p>
          <w:p w14:paraId="1DE56A96" w14:textId="77777777" w:rsidR="001D5AA3" w:rsidRDefault="00000000">
            <w:pPr>
              <w:spacing w:after="80"/>
            </w:pPr>
            <w:r>
              <w:rPr>
                <w:sz w:val="19"/>
              </w:rPr>
              <w:t>________________________________________________________________________________</w:t>
            </w:r>
          </w:p>
          <w:p w14:paraId="0536AE66" w14:textId="77777777" w:rsidR="001D5AA3" w:rsidRDefault="00000000">
            <w:pPr>
              <w:spacing w:after="80"/>
            </w:pPr>
            <w:r>
              <w:rPr>
                <w:sz w:val="19"/>
              </w:rPr>
              <w:t>________________________________________________________________________________</w:t>
            </w:r>
          </w:p>
          <w:p w14:paraId="1DCD317C" w14:textId="77777777" w:rsidR="001D5AA3" w:rsidRDefault="00000000">
            <w:pPr>
              <w:spacing w:after="80"/>
            </w:pPr>
            <w:r>
              <w:rPr>
                <w:sz w:val="19"/>
              </w:rPr>
              <w:t>________________________________________________________________________________</w:t>
            </w:r>
          </w:p>
          <w:p w14:paraId="63F01EE3" w14:textId="77777777" w:rsidR="001D5AA3" w:rsidRDefault="00000000">
            <w:pPr>
              <w:spacing w:after="80"/>
            </w:pPr>
            <w:r>
              <w:rPr>
                <w:sz w:val="19"/>
              </w:rPr>
              <w:t>________________________________________________________________________________</w:t>
            </w:r>
          </w:p>
          <w:p w14:paraId="0DDDD730" w14:textId="77777777" w:rsidR="001D5AA3" w:rsidRDefault="00000000">
            <w:pPr>
              <w:spacing w:after="80"/>
            </w:pPr>
            <w:r>
              <w:rPr>
                <w:sz w:val="19"/>
              </w:rPr>
              <w:t>________________________________________________________________________________</w:t>
            </w:r>
          </w:p>
          <w:p w14:paraId="1295156C" w14:textId="77777777" w:rsidR="001D5AA3" w:rsidRDefault="00000000">
            <w:pPr>
              <w:spacing w:after="80"/>
            </w:pPr>
            <w:r>
              <w:rPr>
                <w:sz w:val="19"/>
              </w:rPr>
              <w:t>________________________________________________________________________________</w:t>
            </w:r>
          </w:p>
          <w:p w14:paraId="7C63808F" w14:textId="77777777" w:rsidR="001D5AA3" w:rsidRDefault="00000000">
            <w:pPr>
              <w:spacing w:after="80"/>
            </w:pPr>
            <w:r>
              <w:rPr>
                <w:sz w:val="19"/>
              </w:rPr>
              <w:t>________________________________________________________________________________</w:t>
            </w:r>
          </w:p>
          <w:p w14:paraId="1047F439" w14:textId="77777777" w:rsidR="001D5AA3" w:rsidRDefault="00000000">
            <w:pPr>
              <w:spacing w:after="80"/>
            </w:pPr>
            <w:r>
              <w:rPr>
                <w:sz w:val="19"/>
              </w:rPr>
              <w:t>________________________________________________________________________________</w:t>
            </w:r>
          </w:p>
          <w:p w14:paraId="3370F55E" w14:textId="77777777" w:rsidR="001D5AA3" w:rsidRDefault="00000000">
            <w:pPr>
              <w:spacing w:after="80"/>
            </w:pPr>
            <w:r>
              <w:rPr>
                <w:sz w:val="19"/>
              </w:rPr>
              <w:t>________________________________________________________________________________</w:t>
            </w:r>
          </w:p>
          <w:p w14:paraId="0F81D5A4" w14:textId="77777777" w:rsidR="001D5AA3" w:rsidRDefault="00000000">
            <w:pPr>
              <w:spacing w:after="80"/>
            </w:pPr>
            <w:r>
              <w:rPr>
                <w:sz w:val="19"/>
              </w:rPr>
              <w:t>________________________________________________________________________________</w:t>
            </w:r>
          </w:p>
          <w:p w14:paraId="02EDBACA" w14:textId="77777777" w:rsidR="001D5AA3" w:rsidRDefault="00000000">
            <w:pPr>
              <w:spacing w:after="80"/>
            </w:pPr>
            <w:r>
              <w:rPr>
                <w:sz w:val="19"/>
              </w:rPr>
              <w:t>________________________________________________________________________________</w:t>
            </w:r>
          </w:p>
          <w:p w14:paraId="7523926C" w14:textId="77777777" w:rsidR="001D5AA3" w:rsidRDefault="00000000">
            <w:pPr>
              <w:spacing w:after="80"/>
            </w:pPr>
            <w:r>
              <w:rPr>
                <w:sz w:val="19"/>
              </w:rPr>
              <w:t>________________________________________________________________________________</w:t>
            </w:r>
          </w:p>
          <w:p w14:paraId="70B53E88" w14:textId="77777777" w:rsidR="001D5AA3" w:rsidRDefault="00000000">
            <w:pPr>
              <w:spacing w:after="80"/>
            </w:pPr>
            <w:r>
              <w:rPr>
                <w:sz w:val="19"/>
              </w:rPr>
              <w:t>________________________________________________________________________________</w:t>
            </w:r>
          </w:p>
          <w:p w14:paraId="742CDD91" w14:textId="77777777" w:rsidR="001D5AA3" w:rsidRDefault="00000000">
            <w:pPr>
              <w:spacing w:after="80"/>
            </w:pPr>
            <w:r>
              <w:rPr>
                <w:sz w:val="19"/>
              </w:rPr>
              <w:t>________________________________________________________________________________</w:t>
            </w:r>
          </w:p>
          <w:p w14:paraId="783CEEBF" w14:textId="77777777" w:rsidR="001D5AA3" w:rsidRDefault="00000000">
            <w:pPr>
              <w:spacing w:after="80"/>
            </w:pPr>
            <w:r>
              <w:rPr>
                <w:sz w:val="19"/>
              </w:rPr>
              <w:t>________________________________________________________________________________</w:t>
            </w:r>
          </w:p>
          <w:p w14:paraId="54A004F4" w14:textId="77777777" w:rsidR="001D5AA3" w:rsidRDefault="00000000">
            <w:pPr>
              <w:spacing w:after="80"/>
            </w:pPr>
            <w:r>
              <w:rPr>
                <w:sz w:val="19"/>
              </w:rPr>
              <w:t>________________________________________________________________________________</w:t>
            </w:r>
          </w:p>
          <w:p w14:paraId="19EAF051" w14:textId="77777777" w:rsidR="001D5AA3" w:rsidRDefault="00000000">
            <w:pPr>
              <w:spacing w:after="80"/>
            </w:pPr>
            <w:r>
              <w:rPr>
                <w:sz w:val="19"/>
              </w:rPr>
              <w:t>________________________________________________________________________________</w:t>
            </w:r>
          </w:p>
        </w:tc>
      </w:tr>
    </w:tbl>
    <w:p w14:paraId="7FB97C6C" w14:textId="77777777" w:rsidR="001D5AA3" w:rsidRDefault="00000000">
      <w:pPr>
        <w:spacing w:before="100" w:after="80"/>
      </w:pPr>
      <w:r>
        <w:rPr>
          <w:b/>
          <w:color w:val="17365D"/>
        </w:rPr>
        <w:t>15. Which communities or people will benefit from the activity?</w:t>
      </w:r>
    </w:p>
    <w:p w14:paraId="09E73C44" w14:textId="77777777" w:rsidR="001D5AA3" w:rsidRDefault="00000000">
      <w:pPr>
        <w:pStyle w:val="FormNote"/>
      </w:pPr>
      <w:r>
        <w:t>Maximum 300 words.</w:t>
      </w:r>
    </w:p>
    <w:tbl>
      <w:tblPr>
        <w:tblW w:w="0" w:type="auto"/>
        <w:jc w:val="center"/>
        <w:tblLook w:val="04A0" w:firstRow="1" w:lastRow="0" w:firstColumn="1" w:lastColumn="0" w:noHBand="0" w:noVBand="1"/>
      </w:tblPr>
      <w:tblGrid>
        <w:gridCol w:w="10224"/>
      </w:tblGrid>
      <w:tr w:rsidR="001D5AA3" w14:paraId="4C3797A5" w14:textId="77777777">
        <w:trPr>
          <w:jc w:val="center"/>
        </w:trPr>
        <w:tc>
          <w:tcPr>
            <w:tcW w:w="10224" w:type="dxa"/>
            <w:tcMar>
              <w:top w:w="120" w:type="dxa"/>
              <w:left w:w="120" w:type="dxa"/>
              <w:bottom w:w="120" w:type="dxa"/>
              <w:right w:w="120" w:type="dxa"/>
            </w:tcMar>
          </w:tcPr>
          <w:p w14:paraId="06FFA817" w14:textId="77777777" w:rsidR="001D5AA3" w:rsidRDefault="00000000">
            <w:pPr>
              <w:spacing w:after="80"/>
            </w:pPr>
            <w:r>
              <w:rPr>
                <w:sz w:val="19"/>
              </w:rPr>
              <w:t>________________________________________________________________________________</w:t>
            </w:r>
          </w:p>
          <w:p w14:paraId="18E0345A" w14:textId="77777777" w:rsidR="001D5AA3" w:rsidRDefault="00000000">
            <w:pPr>
              <w:spacing w:after="80"/>
            </w:pPr>
            <w:r>
              <w:rPr>
                <w:sz w:val="19"/>
              </w:rPr>
              <w:t>________________________________________________________________________________</w:t>
            </w:r>
          </w:p>
          <w:p w14:paraId="6C452ACC" w14:textId="77777777" w:rsidR="001D5AA3" w:rsidRDefault="00000000">
            <w:pPr>
              <w:spacing w:after="80"/>
            </w:pPr>
            <w:r>
              <w:rPr>
                <w:sz w:val="19"/>
              </w:rPr>
              <w:t>________________________________________________________________________________</w:t>
            </w:r>
          </w:p>
          <w:p w14:paraId="3487C69A" w14:textId="77777777" w:rsidR="001D5AA3" w:rsidRDefault="00000000">
            <w:pPr>
              <w:spacing w:after="80"/>
            </w:pPr>
            <w:r>
              <w:rPr>
                <w:sz w:val="19"/>
              </w:rPr>
              <w:t>________________________________________________________________________________</w:t>
            </w:r>
          </w:p>
          <w:p w14:paraId="57DACA66" w14:textId="77777777" w:rsidR="001D5AA3" w:rsidRDefault="00000000">
            <w:pPr>
              <w:spacing w:after="80"/>
            </w:pPr>
            <w:r>
              <w:rPr>
                <w:sz w:val="19"/>
              </w:rPr>
              <w:t>________________________________________________________________________________</w:t>
            </w:r>
          </w:p>
          <w:p w14:paraId="7F939DB1" w14:textId="77777777" w:rsidR="001D5AA3" w:rsidRDefault="00000000">
            <w:pPr>
              <w:spacing w:after="80"/>
            </w:pPr>
            <w:r>
              <w:rPr>
                <w:sz w:val="19"/>
              </w:rPr>
              <w:t>________________________________________________________________________________</w:t>
            </w:r>
          </w:p>
          <w:p w14:paraId="5D158C0E" w14:textId="77777777" w:rsidR="001D5AA3" w:rsidRDefault="00000000">
            <w:pPr>
              <w:spacing w:after="80"/>
            </w:pPr>
            <w:r>
              <w:rPr>
                <w:sz w:val="19"/>
              </w:rPr>
              <w:lastRenderedPageBreak/>
              <w:t>________________________________________________________________________________</w:t>
            </w:r>
          </w:p>
          <w:p w14:paraId="1EAADF90" w14:textId="77777777" w:rsidR="001D5AA3" w:rsidRDefault="00000000">
            <w:pPr>
              <w:spacing w:after="80"/>
            </w:pPr>
            <w:r>
              <w:rPr>
                <w:sz w:val="19"/>
              </w:rPr>
              <w:t>________________________________________________________________________________</w:t>
            </w:r>
          </w:p>
          <w:p w14:paraId="1C4F4F10" w14:textId="77777777" w:rsidR="001D5AA3" w:rsidRDefault="00000000">
            <w:pPr>
              <w:spacing w:after="80"/>
            </w:pPr>
            <w:r>
              <w:rPr>
                <w:sz w:val="19"/>
              </w:rPr>
              <w:t>________________________________________________________________________________</w:t>
            </w:r>
          </w:p>
          <w:p w14:paraId="2998D1AF" w14:textId="77777777" w:rsidR="001D5AA3" w:rsidRDefault="00000000">
            <w:pPr>
              <w:spacing w:after="80"/>
            </w:pPr>
            <w:r>
              <w:rPr>
                <w:sz w:val="19"/>
              </w:rPr>
              <w:t>________________________________________________________________________________</w:t>
            </w:r>
          </w:p>
          <w:p w14:paraId="66B0FB3E" w14:textId="77777777" w:rsidR="001D5AA3" w:rsidRDefault="00000000">
            <w:pPr>
              <w:spacing w:after="80"/>
            </w:pPr>
            <w:r>
              <w:rPr>
                <w:sz w:val="19"/>
              </w:rPr>
              <w:t>________________________________________________________________________________</w:t>
            </w:r>
          </w:p>
          <w:p w14:paraId="2EA35D1B" w14:textId="77777777" w:rsidR="001D5AA3" w:rsidRDefault="00000000">
            <w:pPr>
              <w:spacing w:after="80"/>
            </w:pPr>
            <w:r>
              <w:rPr>
                <w:sz w:val="19"/>
              </w:rPr>
              <w:t>________________________________________________________________________________</w:t>
            </w:r>
          </w:p>
        </w:tc>
      </w:tr>
    </w:tbl>
    <w:tbl>
      <w:tblPr>
        <w:tblW w:w="0" w:type="auto"/>
        <w:jc w:val="center"/>
        <w:tblLayout w:type="fixed"/>
        <w:tblLook w:val="04A0" w:firstRow="1" w:lastRow="0" w:firstColumn="1" w:lastColumn="0" w:noHBand="0" w:noVBand="1"/>
      </w:tblPr>
      <w:tblGrid>
        <w:gridCol w:w="9553"/>
        <w:gridCol w:w="240"/>
      </w:tblGrid>
      <w:tr w:rsidR="001D5AA3" w14:paraId="1A032698" w14:textId="77777777" w:rsidTr="00C53CD2">
        <w:trPr>
          <w:trHeight w:val="835"/>
          <w:jc w:val="center"/>
        </w:trPr>
        <w:tc>
          <w:tcPr>
            <w:tcW w:w="9553" w:type="dxa"/>
            <w:shd w:val="clear" w:color="auto" w:fill="EAF2F8"/>
            <w:tcMar>
              <w:top w:w="90" w:type="dxa"/>
              <w:left w:w="110" w:type="dxa"/>
              <w:bottom w:w="90" w:type="dxa"/>
              <w:right w:w="110" w:type="dxa"/>
            </w:tcMar>
            <w:vAlign w:val="center"/>
          </w:tcPr>
          <w:p w14:paraId="0BC16FAF" w14:textId="77777777" w:rsidR="001D5AA3" w:rsidRDefault="00000000">
            <w:r>
              <w:rPr>
                <w:b/>
                <w:sz w:val="19"/>
              </w:rPr>
              <w:lastRenderedPageBreak/>
              <w:t>16. How many people do you expect to support?</w:t>
            </w:r>
          </w:p>
        </w:tc>
        <w:tc>
          <w:tcPr>
            <w:tcW w:w="240" w:type="dxa"/>
            <w:tcMar>
              <w:top w:w="90" w:type="dxa"/>
              <w:left w:w="110" w:type="dxa"/>
              <w:bottom w:w="90" w:type="dxa"/>
              <w:right w:w="110" w:type="dxa"/>
            </w:tcMar>
            <w:vAlign w:val="center"/>
          </w:tcPr>
          <w:p w14:paraId="16E63EC7" w14:textId="77777777" w:rsidR="001D5AA3" w:rsidRDefault="001D5AA3"/>
        </w:tc>
      </w:tr>
      <w:tr w:rsidR="001D5AA3" w14:paraId="4585870A" w14:textId="77777777" w:rsidTr="00C53CD2">
        <w:trPr>
          <w:trHeight w:val="1224"/>
          <w:jc w:val="center"/>
        </w:trPr>
        <w:tc>
          <w:tcPr>
            <w:tcW w:w="9553" w:type="dxa"/>
            <w:shd w:val="clear" w:color="auto" w:fill="EAF2F8"/>
            <w:tcMar>
              <w:top w:w="90" w:type="dxa"/>
              <w:left w:w="110" w:type="dxa"/>
              <w:bottom w:w="90" w:type="dxa"/>
              <w:right w:w="110" w:type="dxa"/>
            </w:tcMar>
            <w:vAlign w:val="center"/>
          </w:tcPr>
          <w:p w14:paraId="05EC67F2" w14:textId="77777777" w:rsidR="001D5AA3" w:rsidRDefault="00000000">
            <w:r>
              <w:rPr>
                <w:b/>
                <w:sz w:val="19"/>
              </w:rPr>
              <w:t>17. Which ward(s) or area(s) of Lancaster district will the activity take place in?</w:t>
            </w:r>
          </w:p>
        </w:tc>
        <w:tc>
          <w:tcPr>
            <w:tcW w:w="240" w:type="dxa"/>
            <w:tcMar>
              <w:top w:w="90" w:type="dxa"/>
              <w:left w:w="110" w:type="dxa"/>
              <w:bottom w:w="90" w:type="dxa"/>
              <w:right w:w="110" w:type="dxa"/>
            </w:tcMar>
            <w:vAlign w:val="center"/>
          </w:tcPr>
          <w:p w14:paraId="595C5068" w14:textId="77777777" w:rsidR="001D5AA3" w:rsidRDefault="001D5AA3"/>
        </w:tc>
      </w:tr>
      <w:tr w:rsidR="001D5AA3" w14:paraId="680CF5C7"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2E9A5BA2" w14:textId="77777777" w:rsidR="001D5AA3" w:rsidRDefault="00000000">
            <w:r>
              <w:rPr>
                <w:b/>
                <w:sz w:val="19"/>
              </w:rPr>
              <w:t>Proposed start date</w:t>
            </w:r>
          </w:p>
        </w:tc>
        <w:tc>
          <w:tcPr>
            <w:tcW w:w="240" w:type="dxa"/>
            <w:tcMar>
              <w:top w:w="90" w:type="dxa"/>
              <w:left w:w="110" w:type="dxa"/>
              <w:bottom w:w="90" w:type="dxa"/>
              <w:right w:w="110" w:type="dxa"/>
            </w:tcMar>
            <w:vAlign w:val="center"/>
          </w:tcPr>
          <w:p w14:paraId="72BA16E3" w14:textId="77777777" w:rsidR="001D5AA3" w:rsidRDefault="001D5AA3"/>
        </w:tc>
      </w:tr>
      <w:tr w:rsidR="001D5AA3" w14:paraId="767567F4" w14:textId="77777777" w:rsidTr="00C53CD2">
        <w:trPr>
          <w:trHeight w:val="691"/>
          <w:jc w:val="center"/>
        </w:trPr>
        <w:tc>
          <w:tcPr>
            <w:tcW w:w="9553" w:type="dxa"/>
            <w:shd w:val="clear" w:color="auto" w:fill="EAF2F8"/>
            <w:tcMar>
              <w:top w:w="90" w:type="dxa"/>
              <w:left w:w="110" w:type="dxa"/>
              <w:bottom w:w="90" w:type="dxa"/>
              <w:right w:w="110" w:type="dxa"/>
            </w:tcMar>
            <w:vAlign w:val="center"/>
          </w:tcPr>
          <w:p w14:paraId="543DC21C" w14:textId="77777777" w:rsidR="001D5AA3" w:rsidRDefault="00000000">
            <w:r>
              <w:rPr>
                <w:b/>
                <w:sz w:val="19"/>
              </w:rPr>
              <w:t>Proposed end date</w:t>
            </w:r>
          </w:p>
        </w:tc>
        <w:tc>
          <w:tcPr>
            <w:tcW w:w="240" w:type="dxa"/>
            <w:tcMar>
              <w:top w:w="90" w:type="dxa"/>
              <w:left w:w="110" w:type="dxa"/>
              <w:bottom w:w="90" w:type="dxa"/>
              <w:right w:w="110" w:type="dxa"/>
            </w:tcMar>
            <w:vAlign w:val="center"/>
          </w:tcPr>
          <w:p w14:paraId="604C9ECF" w14:textId="77777777" w:rsidR="001D5AA3" w:rsidRDefault="001D5AA3"/>
        </w:tc>
      </w:tr>
    </w:tbl>
    <w:p w14:paraId="1121E60B" w14:textId="77777777" w:rsidR="001D5AA3" w:rsidRDefault="00000000">
      <w:r>
        <w:br w:type="page"/>
      </w:r>
    </w:p>
    <w:p w14:paraId="5C82E4C6" w14:textId="77777777" w:rsidR="001D5AA3" w:rsidRDefault="00000000">
      <w:pPr>
        <w:pStyle w:val="Heading1"/>
      </w:pPr>
      <w:r>
        <w:lastRenderedPageBreak/>
        <w:t>Section 3: Crisis and Resilience Fund aims</w:t>
      </w:r>
    </w:p>
    <w:p w14:paraId="248F6349" w14:textId="77777777" w:rsidR="001D5AA3" w:rsidRDefault="00000000">
      <w:r>
        <w:rPr>
          <w:b/>
        </w:rPr>
        <w:t>18. Which of the following aims will your project contribute to? Tick all that apply.</w:t>
      </w:r>
    </w:p>
    <w:p w14:paraId="2BE0BBD1" w14:textId="77777777" w:rsidR="001D5AA3" w:rsidRDefault="00000000">
      <w:pPr>
        <w:spacing w:after="60"/>
        <w:ind w:left="259"/>
      </w:pPr>
      <w:r>
        <w:rPr>
          <w:sz w:val="26"/>
        </w:rPr>
        <w:t xml:space="preserve">☐  </w:t>
      </w:r>
      <w:r>
        <w:t>Increased savings</w:t>
      </w:r>
    </w:p>
    <w:p w14:paraId="679201A9" w14:textId="77777777" w:rsidR="001D5AA3" w:rsidRDefault="00000000">
      <w:pPr>
        <w:spacing w:after="60"/>
        <w:ind w:left="259"/>
      </w:pPr>
      <w:r>
        <w:rPr>
          <w:sz w:val="26"/>
        </w:rPr>
        <w:t xml:space="preserve">☐  </w:t>
      </w:r>
      <w:r>
        <w:t>Reduced priority debt</w:t>
      </w:r>
    </w:p>
    <w:p w14:paraId="6756AE32" w14:textId="77777777" w:rsidR="001D5AA3" w:rsidRDefault="00000000">
      <w:pPr>
        <w:spacing w:after="60"/>
        <w:ind w:left="259"/>
      </w:pPr>
      <w:r>
        <w:rPr>
          <w:sz w:val="26"/>
        </w:rPr>
        <w:t xml:space="preserve">☐  </w:t>
      </w:r>
      <w:r>
        <w:t>Reduced need for emergency food parcels</w:t>
      </w:r>
    </w:p>
    <w:p w14:paraId="0365B365" w14:textId="77777777" w:rsidR="001D5AA3" w:rsidRDefault="00000000">
      <w:pPr>
        <w:spacing w:after="60"/>
        <w:ind w:left="259"/>
      </w:pPr>
      <w:r>
        <w:rPr>
          <w:sz w:val="26"/>
        </w:rPr>
        <w:t xml:space="preserve">☐  </w:t>
      </w:r>
      <w:r>
        <w:t>Reduced material deprivation</w:t>
      </w:r>
    </w:p>
    <w:p w14:paraId="6F9FED80" w14:textId="77777777" w:rsidR="001D5AA3" w:rsidRDefault="00000000">
      <w:pPr>
        <w:spacing w:after="60"/>
        <w:ind w:left="259"/>
      </w:pPr>
      <w:r>
        <w:rPr>
          <w:sz w:val="26"/>
        </w:rPr>
        <w:t xml:space="preserve">☐  </w:t>
      </w:r>
      <w:r>
        <w:t>Maximised income</w:t>
      </w:r>
    </w:p>
    <w:p w14:paraId="65673019" w14:textId="77777777" w:rsidR="001D5AA3" w:rsidRDefault="00000000">
      <w:pPr>
        <w:spacing w:after="60"/>
        <w:ind w:left="259"/>
      </w:pPr>
      <w:r>
        <w:rPr>
          <w:sz w:val="26"/>
        </w:rPr>
        <w:t xml:space="preserve">☐  </w:t>
      </w:r>
      <w:r>
        <w:t>Fewer repeat crisis applications</w:t>
      </w:r>
    </w:p>
    <w:p w14:paraId="42AD1ECD" w14:textId="77777777" w:rsidR="001D5AA3" w:rsidRDefault="00000000">
      <w:pPr>
        <w:spacing w:after="60"/>
        <w:ind w:left="259"/>
      </w:pPr>
      <w:r>
        <w:rPr>
          <w:sz w:val="26"/>
        </w:rPr>
        <w:t xml:space="preserve">☐  </w:t>
      </w:r>
      <w:r>
        <w:t>Increased access to appropriate and quality advice services</w:t>
      </w:r>
    </w:p>
    <w:p w14:paraId="068371A6" w14:textId="77777777" w:rsidR="001D5AA3" w:rsidRDefault="00000000">
      <w:pPr>
        <w:spacing w:before="100" w:after="80"/>
      </w:pPr>
      <w:r>
        <w:rPr>
          <w:b/>
          <w:color w:val="17365D"/>
        </w:rPr>
        <w:t>19. Explain how your activity will contribute to the aim(s) selected above.</w:t>
      </w:r>
    </w:p>
    <w:p w14:paraId="7BAB923E" w14:textId="77777777" w:rsidR="001D5AA3" w:rsidRDefault="00000000">
      <w:pPr>
        <w:pStyle w:val="FormNote"/>
      </w:pPr>
      <w:r>
        <w:t>Maximum 500 words. Please describe the practical change you expect to see for participants.</w:t>
      </w:r>
    </w:p>
    <w:tbl>
      <w:tblPr>
        <w:tblW w:w="0" w:type="auto"/>
        <w:jc w:val="center"/>
        <w:tblLook w:val="04A0" w:firstRow="1" w:lastRow="0" w:firstColumn="1" w:lastColumn="0" w:noHBand="0" w:noVBand="1"/>
      </w:tblPr>
      <w:tblGrid>
        <w:gridCol w:w="10224"/>
      </w:tblGrid>
      <w:tr w:rsidR="001D5AA3" w14:paraId="633DBE99" w14:textId="77777777">
        <w:trPr>
          <w:jc w:val="center"/>
        </w:trPr>
        <w:tc>
          <w:tcPr>
            <w:tcW w:w="10224" w:type="dxa"/>
            <w:tcMar>
              <w:top w:w="120" w:type="dxa"/>
              <w:left w:w="120" w:type="dxa"/>
              <w:bottom w:w="120" w:type="dxa"/>
              <w:right w:w="120" w:type="dxa"/>
            </w:tcMar>
          </w:tcPr>
          <w:p w14:paraId="0016436C" w14:textId="77777777" w:rsidR="001D5AA3" w:rsidRDefault="00000000">
            <w:pPr>
              <w:spacing w:after="80"/>
            </w:pPr>
            <w:r>
              <w:rPr>
                <w:sz w:val="19"/>
              </w:rPr>
              <w:t>________________________________________________________________________________</w:t>
            </w:r>
          </w:p>
          <w:p w14:paraId="7125331D" w14:textId="77777777" w:rsidR="001D5AA3" w:rsidRDefault="00000000">
            <w:pPr>
              <w:spacing w:after="80"/>
            </w:pPr>
            <w:r>
              <w:rPr>
                <w:sz w:val="19"/>
              </w:rPr>
              <w:t>________________________________________________________________________________</w:t>
            </w:r>
          </w:p>
          <w:p w14:paraId="3B26D82C" w14:textId="77777777" w:rsidR="001D5AA3" w:rsidRDefault="00000000">
            <w:pPr>
              <w:spacing w:after="80"/>
            </w:pPr>
            <w:r>
              <w:rPr>
                <w:sz w:val="19"/>
              </w:rPr>
              <w:t>________________________________________________________________________________</w:t>
            </w:r>
          </w:p>
          <w:p w14:paraId="5C3FE22E" w14:textId="77777777" w:rsidR="001D5AA3" w:rsidRDefault="00000000">
            <w:pPr>
              <w:spacing w:after="80"/>
            </w:pPr>
            <w:r>
              <w:rPr>
                <w:sz w:val="19"/>
              </w:rPr>
              <w:t>________________________________________________________________________________</w:t>
            </w:r>
          </w:p>
          <w:p w14:paraId="19D4E285" w14:textId="77777777" w:rsidR="001D5AA3" w:rsidRDefault="00000000">
            <w:pPr>
              <w:spacing w:after="80"/>
            </w:pPr>
            <w:r>
              <w:rPr>
                <w:sz w:val="19"/>
              </w:rPr>
              <w:t>________________________________________________________________________________</w:t>
            </w:r>
          </w:p>
          <w:p w14:paraId="1702B9B2" w14:textId="77777777" w:rsidR="001D5AA3" w:rsidRDefault="00000000">
            <w:pPr>
              <w:spacing w:after="80"/>
            </w:pPr>
            <w:r>
              <w:rPr>
                <w:sz w:val="19"/>
              </w:rPr>
              <w:t>________________________________________________________________________________</w:t>
            </w:r>
          </w:p>
          <w:p w14:paraId="5E9AB00A" w14:textId="77777777" w:rsidR="001D5AA3" w:rsidRDefault="00000000">
            <w:pPr>
              <w:spacing w:after="80"/>
            </w:pPr>
            <w:r>
              <w:rPr>
                <w:sz w:val="19"/>
              </w:rPr>
              <w:t>________________________________________________________________________________</w:t>
            </w:r>
          </w:p>
          <w:p w14:paraId="6F604952" w14:textId="77777777" w:rsidR="001D5AA3" w:rsidRDefault="00000000">
            <w:pPr>
              <w:spacing w:after="80"/>
            </w:pPr>
            <w:r>
              <w:rPr>
                <w:sz w:val="19"/>
              </w:rPr>
              <w:t>________________________________________________________________________________</w:t>
            </w:r>
          </w:p>
          <w:p w14:paraId="5BE9B8E3" w14:textId="77777777" w:rsidR="001D5AA3" w:rsidRDefault="00000000">
            <w:pPr>
              <w:spacing w:after="80"/>
            </w:pPr>
            <w:r>
              <w:rPr>
                <w:sz w:val="19"/>
              </w:rPr>
              <w:t>________________________________________________________________________________</w:t>
            </w:r>
          </w:p>
          <w:p w14:paraId="3066BE19" w14:textId="77777777" w:rsidR="001D5AA3" w:rsidRDefault="00000000">
            <w:pPr>
              <w:spacing w:after="80"/>
            </w:pPr>
            <w:r>
              <w:rPr>
                <w:sz w:val="19"/>
              </w:rPr>
              <w:t>________________________________________________________________________________</w:t>
            </w:r>
          </w:p>
          <w:p w14:paraId="7097928E" w14:textId="77777777" w:rsidR="001D5AA3" w:rsidRDefault="00000000">
            <w:pPr>
              <w:spacing w:after="80"/>
            </w:pPr>
            <w:r>
              <w:rPr>
                <w:sz w:val="19"/>
              </w:rPr>
              <w:t>________________________________________________________________________________</w:t>
            </w:r>
          </w:p>
          <w:p w14:paraId="01DE4AC0" w14:textId="77777777" w:rsidR="001D5AA3" w:rsidRDefault="00000000">
            <w:pPr>
              <w:spacing w:after="80"/>
            </w:pPr>
            <w:r>
              <w:rPr>
                <w:sz w:val="19"/>
              </w:rPr>
              <w:t>________________________________________________________________________________</w:t>
            </w:r>
          </w:p>
          <w:p w14:paraId="47E65049" w14:textId="77777777" w:rsidR="001D5AA3" w:rsidRDefault="00000000">
            <w:pPr>
              <w:spacing w:after="80"/>
            </w:pPr>
            <w:r>
              <w:rPr>
                <w:sz w:val="19"/>
              </w:rPr>
              <w:t>________________________________________________________________________________</w:t>
            </w:r>
          </w:p>
          <w:p w14:paraId="69A2E4A0" w14:textId="77777777" w:rsidR="001D5AA3" w:rsidRDefault="00000000">
            <w:pPr>
              <w:spacing w:after="80"/>
            </w:pPr>
            <w:r>
              <w:rPr>
                <w:sz w:val="19"/>
              </w:rPr>
              <w:t>________________________________________________________________________________</w:t>
            </w:r>
          </w:p>
          <w:p w14:paraId="2929B261" w14:textId="77777777" w:rsidR="001D5AA3" w:rsidRDefault="00000000">
            <w:pPr>
              <w:spacing w:after="80"/>
            </w:pPr>
            <w:r>
              <w:rPr>
                <w:sz w:val="19"/>
              </w:rPr>
              <w:t>________________________________________________________________________________</w:t>
            </w:r>
          </w:p>
          <w:p w14:paraId="3FAD0E6D" w14:textId="77777777" w:rsidR="001D5AA3" w:rsidRDefault="00000000">
            <w:pPr>
              <w:spacing w:after="80"/>
            </w:pPr>
            <w:r>
              <w:rPr>
                <w:sz w:val="19"/>
              </w:rPr>
              <w:t>________________________________________________________________________________</w:t>
            </w:r>
          </w:p>
          <w:p w14:paraId="6D0F479B" w14:textId="77777777" w:rsidR="001D5AA3" w:rsidRDefault="00000000">
            <w:pPr>
              <w:spacing w:after="80"/>
            </w:pPr>
            <w:r>
              <w:rPr>
                <w:sz w:val="19"/>
              </w:rPr>
              <w:t>________________________________________________________________________________</w:t>
            </w:r>
          </w:p>
          <w:p w14:paraId="7E3B079B" w14:textId="77777777" w:rsidR="001D5AA3" w:rsidRDefault="00000000">
            <w:pPr>
              <w:spacing w:after="80"/>
            </w:pPr>
            <w:r>
              <w:rPr>
                <w:sz w:val="19"/>
              </w:rPr>
              <w:t>________________________________________________________________________________</w:t>
            </w:r>
          </w:p>
          <w:p w14:paraId="399FC0B7" w14:textId="77777777" w:rsidR="001D5AA3" w:rsidRDefault="00000000">
            <w:pPr>
              <w:spacing w:after="80"/>
            </w:pPr>
            <w:r>
              <w:rPr>
                <w:sz w:val="19"/>
              </w:rPr>
              <w:t>________________________________________________________________________________</w:t>
            </w:r>
          </w:p>
          <w:p w14:paraId="40B10C9D" w14:textId="77777777" w:rsidR="001D5AA3" w:rsidRDefault="00000000">
            <w:pPr>
              <w:spacing w:after="80"/>
            </w:pPr>
            <w:r>
              <w:rPr>
                <w:sz w:val="19"/>
              </w:rPr>
              <w:t>________________________________________________________________________________</w:t>
            </w:r>
          </w:p>
        </w:tc>
      </w:tr>
    </w:tbl>
    <w:p w14:paraId="52C5CC12" w14:textId="77777777" w:rsidR="001D5AA3" w:rsidRDefault="00000000">
      <w:r>
        <w:br w:type="page"/>
      </w:r>
    </w:p>
    <w:p w14:paraId="0932BC3D" w14:textId="77777777" w:rsidR="001D5AA3" w:rsidRDefault="00000000">
      <w:pPr>
        <w:pStyle w:val="Heading1"/>
      </w:pPr>
      <w:r>
        <w:lastRenderedPageBreak/>
        <w:t>Section 4: Need and expected impact</w:t>
      </w:r>
    </w:p>
    <w:p w14:paraId="7A6C20A3" w14:textId="77777777" w:rsidR="001D5AA3" w:rsidRDefault="00000000">
      <w:pPr>
        <w:spacing w:before="100" w:after="80"/>
      </w:pPr>
      <w:r>
        <w:rPr>
          <w:b/>
          <w:color w:val="17365D"/>
        </w:rPr>
        <w:t>20. What local need or issue is your project responding to?</w:t>
      </w:r>
    </w:p>
    <w:p w14:paraId="212CFB10" w14:textId="77777777" w:rsidR="001D5AA3" w:rsidRDefault="00000000">
      <w:pPr>
        <w:pStyle w:val="FormNote"/>
      </w:pPr>
      <w:r>
        <w:t>Maximum 500 words.</w:t>
      </w:r>
    </w:p>
    <w:tbl>
      <w:tblPr>
        <w:tblW w:w="0" w:type="auto"/>
        <w:jc w:val="center"/>
        <w:tblLook w:val="04A0" w:firstRow="1" w:lastRow="0" w:firstColumn="1" w:lastColumn="0" w:noHBand="0" w:noVBand="1"/>
      </w:tblPr>
      <w:tblGrid>
        <w:gridCol w:w="10224"/>
      </w:tblGrid>
      <w:tr w:rsidR="001D5AA3" w14:paraId="78B6F6DE" w14:textId="77777777">
        <w:trPr>
          <w:jc w:val="center"/>
        </w:trPr>
        <w:tc>
          <w:tcPr>
            <w:tcW w:w="10224" w:type="dxa"/>
            <w:tcMar>
              <w:top w:w="120" w:type="dxa"/>
              <w:left w:w="120" w:type="dxa"/>
              <w:bottom w:w="120" w:type="dxa"/>
              <w:right w:w="120" w:type="dxa"/>
            </w:tcMar>
          </w:tcPr>
          <w:p w14:paraId="55A85360" w14:textId="77777777" w:rsidR="001D5AA3" w:rsidRDefault="00000000">
            <w:pPr>
              <w:spacing w:after="80"/>
            </w:pPr>
            <w:r>
              <w:rPr>
                <w:sz w:val="19"/>
              </w:rPr>
              <w:t>________________________________________________________________________________</w:t>
            </w:r>
          </w:p>
          <w:p w14:paraId="35937D6A" w14:textId="77777777" w:rsidR="001D5AA3" w:rsidRDefault="00000000">
            <w:pPr>
              <w:spacing w:after="80"/>
            </w:pPr>
            <w:r>
              <w:rPr>
                <w:sz w:val="19"/>
              </w:rPr>
              <w:t>________________________________________________________________________________</w:t>
            </w:r>
          </w:p>
          <w:p w14:paraId="763F28CA" w14:textId="77777777" w:rsidR="001D5AA3" w:rsidRDefault="00000000">
            <w:pPr>
              <w:spacing w:after="80"/>
            </w:pPr>
            <w:r>
              <w:rPr>
                <w:sz w:val="19"/>
              </w:rPr>
              <w:t>________________________________________________________________________________</w:t>
            </w:r>
          </w:p>
          <w:p w14:paraId="700CD30D" w14:textId="77777777" w:rsidR="001D5AA3" w:rsidRDefault="00000000">
            <w:pPr>
              <w:spacing w:after="80"/>
            </w:pPr>
            <w:r>
              <w:rPr>
                <w:sz w:val="19"/>
              </w:rPr>
              <w:t>________________________________________________________________________________</w:t>
            </w:r>
          </w:p>
          <w:p w14:paraId="37099BB9" w14:textId="77777777" w:rsidR="001D5AA3" w:rsidRDefault="00000000">
            <w:pPr>
              <w:spacing w:after="80"/>
            </w:pPr>
            <w:r>
              <w:rPr>
                <w:sz w:val="19"/>
              </w:rPr>
              <w:t>________________________________________________________________________________</w:t>
            </w:r>
          </w:p>
          <w:p w14:paraId="06A7E7BF" w14:textId="77777777" w:rsidR="001D5AA3" w:rsidRDefault="00000000">
            <w:pPr>
              <w:spacing w:after="80"/>
            </w:pPr>
            <w:r>
              <w:rPr>
                <w:sz w:val="19"/>
              </w:rPr>
              <w:t>________________________________________________________________________________</w:t>
            </w:r>
          </w:p>
          <w:p w14:paraId="72722E33" w14:textId="77777777" w:rsidR="001D5AA3" w:rsidRDefault="00000000">
            <w:pPr>
              <w:spacing w:after="80"/>
            </w:pPr>
            <w:r>
              <w:rPr>
                <w:sz w:val="19"/>
              </w:rPr>
              <w:t>________________________________________________________________________________</w:t>
            </w:r>
          </w:p>
          <w:p w14:paraId="216353FD" w14:textId="77777777" w:rsidR="001D5AA3" w:rsidRDefault="00000000">
            <w:pPr>
              <w:spacing w:after="80"/>
            </w:pPr>
            <w:r>
              <w:rPr>
                <w:sz w:val="19"/>
              </w:rPr>
              <w:t>________________________________________________________________________________</w:t>
            </w:r>
          </w:p>
          <w:p w14:paraId="7A99D551" w14:textId="77777777" w:rsidR="001D5AA3" w:rsidRDefault="00000000">
            <w:pPr>
              <w:spacing w:after="80"/>
            </w:pPr>
            <w:r>
              <w:rPr>
                <w:sz w:val="19"/>
              </w:rPr>
              <w:t>________________________________________________________________________________</w:t>
            </w:r>
          </w:p>
          <w:p w14:paraId="7A997E68" w14:textId="77777777" w:rsidR="001D5AA3" w:rsidRDefault="00000000">
            <w:pPr>
              <w:spacing w:after="80"/>
            </w:pPr>
            <w:r>
              <w:rPr>
                <w:sz w:val="19"/>
              </w:rPr>
              <w:t>________________________________________________________________________________</w:t>
            </w:r>
          </w:p>
          <w:p w14:paraId="6D9350E4" w14:textId="77777777" w:rsidR="001D5AA3" w:rsidRDefault="00000000">
            <w:pPr>
              <w:spacing w:after="80"/>
            </w:pPr>
            <w:r>
              <w:rPr>
                <w:sz w:val="19"/>
              </w:rPr>
              <w:t>________________________________________________________________________________</w:t>
            </w:r>
          </w:p>
          <w:p w14:paraId="4793376F" w14:textId="77777777" w:rsidR="001D5AA3" w:rsidRDefault="00000000">
            <w:pPr>
              <w:spacing w:after="80"/>
            </w:pPr>
            <w:r>
              <w:rPr>
                <w:sz w:val="19"/>
              </w:rPr>
              <w:t>________________________________________________________________________________</w:t>
            </w:r>
          </w:p>
          <w:p w14:paraId="75C279DC" w14:textId="77777777" w:rsidR="001D5AA3" w:rsidRDefault="00000000">
            <w:pPr>
              <w:spacing w:after="80"/>
            </w:pPr>
            <w:r>
              <w:rPr>
                <w:sz w:val="19"/>
              </w:rPr>
              <w:t>________________________________________________________________________________</w:t>
            </w:r>
          </w:p>
          <w:p w14:paraId="40C9D346" w14:textId="77777777" w:rsidR="001D5AA3" w:rsidRDefault="00000000">
            <w:pPr>
              <w:spacing w:after="80"/>
            </w:pPr>
            <w:r>
              <w:rPr>
                <w:sz w:val="19"/>
              </w:rPr>
              <w:t>________________________________________________________________________________</w:t>
            </w:r>
          </w:p>
          <w:p w14:paraId="19BB0311" w14:textId="77777777" w:rsidR="001D5AA3" w:rsidRDefault="00000000">
            <w:pPr>
              <w:spacing w:after="80"/>
            </w:pPr>
            <w:r>
              <w:rPr>
                <w:sz w:val="19"/>
              </w:rPr>
              <w:t>________________________________________________________________________________</w:t>
            </w:r>
          </w:p>
          <w:p w14:paraId="36716676" w14:textId="77777777" w:rsidR="001D5AA3" w:rsidRDefault="00000000">
            <w:pPr>
              <w:spacing w:after="80"/>
            </w:pPr>
            <w:r>
              <w:rPr>
                <w:sz w:val="19"/>
              </w:rPr>
              <w:t>________________________________________________________________________________</w:t>
            </w:r>
          </w:p>
          <w:p w14:paraId="37749B0E" w14:textId="77777777" w:rsidR="001D5AA3" w:rsidRDefault="00000000">
            <w:pPr>
              <w:spacing w:after="80"/>
            </w:pPr>
            <w:r>
              <w:rPr>
                <w:sz w:val="19"/>
              </w:rPr>
              <w:t>________________________________________________________________________________</w:t>
            </w:r>
          </w:p>
          <w:p w14:paraId="0F6D27EE" w14:textId="77777777" w:rsidR="001D5AA3" w:rsidRDefault="00000000">
            <w:pPr>
              <w:spacing w:after="80"/>
            </w:pPr>
            <w:r>
              <w:rPr>
                <w:sz w:val="19"/>
              </w:rPr>
              <w:t>________________________________________________________________________________</w:t>
            </w:r>
          </w:p>
          <w:p w14:paraId="69A17FA5" w14:textId="77777777" w:rsidR="001D5AA3" w:rsidRDefault="00000000">
            <w:pPr>
              <w:spacing w:after="80"/>
            </w:pPr>
            <w:r>
              <w:rPr>
                <w:sz w:val="19"/>
              </w:rPr>
              <w:t>________________________________________________________________________________</w:t>
            </w:r>
          </w:p>
          <w:p w14:paraId="73AAC0E5" w14:textId="77777777" w:rsidR="001D5AA3" w:rsidRDefault="00000000">
            <w:pPr>
              <w:spacing w:after="80"/>
            </w:pPr>
            <w:r>
              <w:rPr>
                <w:sz w:val="19"/>
              </w:rPr>
              <w:t>________________________________________________________________________________</w:t>
            </w:r>
          </w:p>
        </w:tc>
      </w:tr>
    </w:tbl>
    <w:p w14:paraId="1E298F39" w14:textId="77777777" w:rsidR="001D5AA3" w:rsidRDefault="00000000">
      <w:r>
        <w:rPr>
          <w:b/>
        </w:rPr>
        <w:t>21. How do you know this need exists? Tick all that apply.</w:t>
      </w:r>
    </w:p>
    <w:p w14:paraId="3B6838D3" w14:textId="77777777" w:rsidR="001D5AA3" w:rsidRDefault="00000000">
      <w:pPr>
        <w:spacing w:after="60"/>
        <w:ind w:left="259"/>
      </w:pPr>
      <w:r>
        <w:rPr>
          <w:sz w:val="26"/>
        </w:rPr>
        <w:t xml:space="preserve">☐  </w:t>
      </w:r>
      <w:r>
        <w:t>Community feedback</w:t>
      </w:r>
    </w:p>
    <w:p w14:paraId="2858DC8E" w14:textId="77777777" w:rsidR="001D5AA3" w:rsidRDefault="00000000">
      <w:pPr>
        <w:spacing w:after="60"/>
        <w:ind w:left="259"/>
      </w:pPr>
      <w:r>
        <w:rPr>
          <w:sz w:val="26"/>
        </w:rPr>
        <w:t xml:space="preserve">☐  </w:t>
      </w:r>
      <w:r>
        <w:t>Experience delivering services</w:t>
      </w:r>
    </w:p>
    <w:p w14:paraId="74120E9F" w14:textId="77777777" w:rsidR="001D5AA3" w:rsidRDefault="00000000">
      <w:pPr>
        <w:spacing w:after="60"/>
        <w:ind w:left="259"/>
      </w:pPr>
      <w:r>
        <w:rPr>
          <w:sz w:val="26"/>
        </w:rPr>
        <w:t xml:space="preserve">☐  </w:t>
      </w:r>
      <w:r>
        <w:t>Local data or research</w:t>
      </w:r>
    </w:p>
    <w:p w14:paraId="73C7DE33" w14:textId="77777777" w:rsidR="001D5AA3" w:rsidRDefault="00000000">
      <w:pPr>
        <w:spacing w:after="60"/>
        <w:ind w:left="259"/>
      </w:pPr>
      <w:r>
        <w:rPr>
          <w:sz w:val="26"/>
        </w:rPr>
        <w:t xml:space="preserve">☐  </w:t>
      </w:r>
      <w:r>
        <w:t>Referrals or waiting lists</w:t>
      </w:r>
    </w:p>
    <w:p w14:paraId="55A42EDB" w14:textId="77777777" w:rsidR="001D5AA3" w:rsidRDefault="00000000">
      <w:pPr>
        <w:spacing w:after="60"/>
        <w:ind w:left="259"/>
      </w:pPr>
      <w:r>
        <w:rPr>
          <w:sz w:val="26"/>
        </w:rPr>
        <w:t xml:space="preserve">☐  </w:t>
      </w:r>
      <w:r>
        <w:t>Other (please explain below)</w:t>
      </w:r>
    </w:p>
    <w:tbl>
      <w:tblPr>
        <w:tblW w:w="0" w:type="auto"/>
        <w:jc w:val="center"/>
        <w:tblLook w:val="04A0" w:firstRow="1" w:lastRow="0" w:firstColumn="1" w:lastColumn="0" w:noHBand="0" w:noVBand="1"/>
      </w:tblPr>
      <w:tblGrid>
        <w:gridCol w:w="10224"/>
      </w:tblGrid>
      <w:tr w:rsidR="001D5AA3" w14:paraId="4C477C81" w14:textId="77777777">
        <w:trPr>
          <w:jc w:val="center"/>
        </w:trPr>
        <w:tc>
          <w:tcPr>
            <w:tcW w:w="10224" w:type="dxa"/>
            <w:tcMar>
              <w:top w:w="120" w:type="dxa"/>
              <w:left w:w="120" w:type="dxa"/>
              <w:bottom w:w="120" w:type="dxa"/>
              <w:right w:w="120" w:type="dxa"/>
            </w:tcMar>
          </w:tcPr>
          <w:p w14:paraId="16A669CB" w14:textId="77777777" w:rsidR="001D5AA3" w:rsidRDefault="00000000">
            <w:pPr>
              <w:spacing w:after="80"/>
            </w:pPr>
            <w:r>
              <w:rPr>
                <w:sz w:val="19"/>
              </w:rPr>
              <w:t>________________________________________________________________________________</w:t>
            </w:r>
          </w:p>
          <w:p w14:paraId="0935493F" w14:textId="77777777" w:rsidR="001D5AA3" w:rsidRDefault="00000000">
            <w:pPr>
              <w:spacing w:after="80"/>
            </w:pPr>
            <w:r>
              <w:rPr>
                <w:sz w:val="19"/>
              </w:rPr>
              <w:t>________________________________________________________________________________</w:t>
            </w:r>
          </w:p>
          <w:p w14:paraId="5C47A7B6" w14:textId="77777777" w:rsidR="001D5AA3" w:rsidRDefault="00000000">
            <w:pPr>
              <w:spacing w:after="80"/>
            </w:pPr>
            <w:r>
              <w:rPr>
                <w:sz w:val="19"/>
              </w:rPr>
              <w:t>________________________________________________________________________________</w:t>
            </w:r>
          </w:p>
          <w:p w14:paraId="43F9E94D" w14:textId="77777777" w:rsidR="001D5AA3" w:rsidRDefault="00000000">
            <w:pPr>
              <w:spacing w:after="80"/>
            </w:pPr>
            <w:r>
              <w:rPr>
                <w:sz w:val="19"/>
              </w:rPr>
              <w:lastRenderedPageBreak/>
              <w:t>________________________________________________________________________________</w:t>
            </w:r>
          </w:p>
          <w:p w14:paraId="6578164C" w14:textId="77777777" w:rsidR="001D5AA3" w:rsidRDefault="00000000">
            <w:pPr>
              <w:spacing w:after="80"/>
            </w:pPr>
            <w:r>
              <w:rPr>
                <w:sz w:val="19"/>
              </w:rPr>
              <w:t>________________________________________________________________________________</w:t>
            </w:r>
          </w:p>
          <w:p w14:paraId="4AFC4DF5" w14:textId="77777777" w:rsidR="001D5AA3" w:rsidRDefault="00000000">
            <w:pPr>
              <w:spacing w:after="80"/>
            </w:pPr>
            <w:r>
              <w:rPr>
                <w:sz w:val="19"/>
              </w:rPr>
              <w:t>________________________________________________________________________________</w:t>
            </w:r>
          </w:p>
        </w:tc>
      </w:tr>
    </w:tbl>
    <w:p w14:paraId="6D804C28" w14:textId="77777777" w:rsidR="001D5AA3" w:rsidRDefault="00000000">
      <w:pPr>
        <w:spacing w:before="100" w:after="80"/>
      </w:pPr>
      <w:r>
        <w:rPr>
          <w:b/>
          <w:color w:val="17365D"/>
        </w:rPr>
        <w:lastRenderedPageBreak/>
        <w:t>22. What difference do you expect the project to make?</w:t>
      </w:r>
    </w:p>
    <w:p w14:paraId="6DF69EED" w14:textId="77777777" w:rsidR="001D5AA3" w:rsidRDefault="00000000">
      <w:pPr>
        <w:pStyle w:val="FormNote"/>
      </w:pPr>
      <w:r>
        <w:t>Maximum 500 words. Include the changes or benefits you expect for the people taking part.</w:t>
      </w:r>
    </w:p>
    <w:tbl>
      <w:tblPr>
        <w:tblW w:w="0" w:type="auto"/>
        <w:jc w:val="center"/>
        <w:tblLook w:val="04A0" w:firstRow="1" w:lastRow="0" w:firstColumn="1" w:lastColumn="0" w:noHBand="0" w:noVBand="1"/>
      </w:tblPr>
      <w:tblGrid>
        <w:gridCol w:w="10224"/>
      </w:tblGrid>
      <w:tr w:rsidR="001D5AA3" w14:paraId="5F25DAEC" w14:textId="77777777">
        <w:trPr>
          <w:jc w:val="center"/>
        </w:trPr>
        <w:tc>
          <w:tcPr>
            <w:tcW w:w="10224" w:type="dxa"/>
            <w:tcMar>
              <w:top w:w="120" w:type="dxa"/>
              <w:left w:w="120" w:type="dxa"/>
              <w:bottom w:w="120" w:type="dxa"/>
              <w:right w:w="120" w:type="dxa"/>
            </w:tcMar>
          </w:tcPr>
          <w:p w14:paraId="293BE8CE" w14:textId="77777777" w:rsidR="001D5AA3" w:rsidRDefault="00000000">
            <w:pPr>
              <w:spacing w:after="80"/>
            </w:pPr>
            <w:r>
              <w:rPr>
                <w:sz w:val="19"/>
              </w:rPr>
              <w:t>________________________________________________________________________________</w:t>
            </w:r>
          </w:p>
          <w:p w14:paraId="7A5EE04D" w14:textId="77777777" w:rsidR="001D5AA3" w:rsidRDefault="00000000">
            <w:pPr>
              <w:spacing w:after="80"/>
            </w:pPr>
            <w:r>
              <w:rPr>
                <w:sz w:val="19"/>
              </w:rPr>
              <w:t>________________________________________________________________________________</w:t>
            </w:r>
          </w:p>
          <w:p w14:paraId="24CFF664" w14:textId="77777777" w:rsidR="001D5AA3" w:rsidRDefault="00000000">
            <w:pPr>
              <w:spacing w:after="80"/>
            </w:pPr>
            <w:r>
              <w:rPr>
                <w:sz w:val="19"/>
              </w:rPr>
              <w:t>________________________________________________________________________________</w:t>
            </w:r>
          </w:p>
          <w:p w14:paraId="592C1D17" w14:textId="77777777" w:rsidR="001D5AA3" w:rsidRDefault="00000000">
            <w:pPr>
              <w:spacing w:after="80"/>
            </w:pPr>
            <w:r>
              <w:rPr>
                <w:sz w:val="19"/>
              </w:rPr>
              <w:t>________________________________________________________________________________</w:t>
            </w:r>
          </w:p>
          <w:p w14:paraId="0C64CF21" w14:textId="77777777" w:rsidR="001D5AA3" w:rsidRDefault="00000000">
            <w:pPr>
              <w:spacing w:after="80"/>
            </w:pPr>
            <w:r>
              <w:rPr>
                <w:sz w:val="19"/>
              </w:rPr>
              <w:t>________________________________________________________________________________</w:t>
            </w:r>
          </w:p>
          <w:p w14:paraId="126ADB50" w14:textId="77777777" w:rsidR="001D5AA3" w:rsidRDefault="00000000">
            <w:pPr>
              <w:spacing w:after="80"/>
            </w:pPr>
            <w:r>
              <w:rPr>
                <w:sz w:val="19"/>
              </w:rPr>
              <w:t>________________________________________________________________________________</w:t>
            </w:r>
          </w:p>
          <w:p w14:paraId="286C59FD" w14:textId="77777777" w:rsidR="001D5AA3" w:rsidRDefault="00000000">
            <w:pPr>
              <w:spacing w:after="80"/>
            </w:pPr>
            <w:r>
              <w:rPr>
                <w:sz w:val="19"/>
              </w:rPr>
              <w:t>________________________________________________________________________________</w:t>
            </w:r>
          </w:p>
          <w:p w14:paraId="5FC51527" w14:textId="77777777" w:rsidR="001D5AA3" w:rsidRDefault="00000000">
            <w:pPr>
              <w:spacing w:after="80"/>
            </w:pPr>
            <w:r>
              <w:rPr>
                <w:sz w:val="19"/>
              </w:rPr>
              <w:t>________________________________________________________________________________</w:t>
            </w:r>
          </w:p>
          <w:p w14:paraId="26C955A2" w14:textId="77777777" w:rsidR="001D5AA3" w:rsidRDefault="00000000">
            <w:pPr>
              <w:spacing w:after="80"/>
            </w:pPr>
            <w:r>
              <w:rPr>
                <w:sz w:val="19"/>
              </w:rPr>
              <w:t>________________________________________________________________________________</w:t>
            </w:r>
          </w:p>
          <w:p w14:paraId="14E6E0E0" w14:textId="77777777" w:rsidR="001D5AA3" w:rsidRDefault="00000000">
            <w:pPr>
              <w:spacing w:after="80"/>
            </w:pPr>
            <w:r>
              <w:rPr>
                <w:sz w:val="19"/>
              </w:rPr>
              <w:t>________________________________________________________________________________</w:t>
            </w:r>
          </w:p>
          <w:p w14:paraId="784DAD9D" w14:textId="77777777" w:rsidR="001D5AA3" w:rsidRDefault="00000000">
            <w:pPr>
              <w:spacing w:after="80"/>
            </w:pPr>
            <w:r>
              <w:rPr>
                <w:sz w:val="19"/>
              </w:rPr>
              <w:t>________________________________________________________________________________</w:t>
            </w:r>
          </w:p>
          <w:p w14:paraId="570A61BC" w14:textId="77777777" w:rsidR="001D5AA3" w:rsidRDefault="00000000">
            <w:pPr>
              <w:spacing w:after="80"/>
            </w:pPr>
            <w:r>
              <w:rPr>
                <w:sz w:val="19"/>
              </w:rPr>
              <w:t>________________________________________________________________________________</w:t>
            </w:r>
          </w:p>
          <w:p w14:paraId="44545352" w14:textId="77777777" w:rsidR="001D5AA3" w:rsidRDefault="00000000">
            <w:pPr>
              <w:spacing w:after="80"/>
            </w:pPr>
            <w:r>
              <w:rPr>
                <w:sz w:val="19"/>
              </w:rPr>
              <w:t>________________________________________________________________________________</w:t>
            </w:r>
          </w:p>
          <w:p w14:paraId="720D4B73" w14:textId="77777777" w:rsidR="001D5AA3" w:rsidRDefault="00000000">
            <w:pPr>
              <w:spacing w:after="80"/>
            </w:pPr>
            <w:r>
              <w:rPr>
                <w:sz w:val="19"/>
              </w:rPr>
              <w:t>________________________________________________________________________________</w:t>
            </w:r>
          </w:p>
          <w:p w14:paraId="031472BE" w14:textId="77777777" w:rsidR="001D5AA3" w:rsidRDefault="00000000">
            <w:pPr>
              <w:spacing w:after="80"/>
            </w:pPr>
            <w:r>
              <w:rPr>
                <w:sz w:val="19"/>
              </w:rPr>
              <w:t>________________________________________________________________________________</w:t>
            </w:r>
          </w:p>
          <w:p w14:paraId="42828F28" w14:textId="77777777" w:rsidR="001D5AA3" w:rsidRDefault="00000000">
            <w:pPr>
              <w:spacing w:after="80"/>
            </w:pPr>
            <w:r>
              <w:rPr>
                <w:sz w:val="19"/>
              </w:rPr>
              <w:t>________________________________________________________________________________</w:t>
            </w:r>
          </w:p>
          <w:p w14:paraId="25BACADA" w14:textId="77777777" w:rsidR="001D5AA3" w:rsidRDefault="00000000">
            <w:pPr>
              <w:spacing w:after="80"/>
            </w:pPr>
            <w:r>
              <w:rPr>
                <w:sz w:val="19"/>
              </w:rPr>
              <w:t>________________________________________________________________________________</w:t>
            </w:r>
          </w:p>
          <w:p w14:paraId="0A04C518" w14:textId="77777777" w:rsidR="001D5AA3" w:rsidRDefault="00000000">
            <w:pPr>
              <w:spacing w:after="80"/>
            </w:pPr>
            <w:r>
              <w:rPr>
                <w:sz w:val="19"/>
              </w:rPr>
              <w:t>________________________________________________________________________________</w:t>
            </w:r>
          </w:p>
          <w:p w14:paraId="7409F086" w14:textId="77777777" w:rsidR="001D5AA3" w:rsidRDefault="00000000">
            <w:pPr>
              <w:spacing w:after="80"/>
            </w:pPr>
            <w:r>
              <w:rPr>
                <w:sz w:val="19"/>
              </w:rPr>
              <w:t>________________________________________________________________________________</w:t>
            </w:r>
          </w:p>
          <w:p w14:paraId="3C5D3778" w14:textId="77777777" w:rsidR="001D5AA3" w:rsidRDefault="00000000">
            <w:pPr>
              <w:spacing w:after="80"/>
            </w:pPr>
            <w:r>
              <w:rPr>
                <w:sz w:val="19"/>
              </w:rPr>
              <w:t>________________________________________________________________________________</w:t>
            </w:r>
          </w:p>
        </w:tc>
      </w:tr>
    </w:tbl>
    <w:p w14:paraId="4A4C71E4" w14:textId="77777777" w:rsidR="001D5AA3" w:rsidRDefault="00000000">
      <w:r>
        <w:br w:type="page"/>
      </w:r>
    </w:p>
    <w:p w14:paraId="71BA0FB7" w14:textId="77777777" w:rsidR="001D5AA3" w:rsidRDefault="00000000">
      <w:pPr>
        <w:pStyle w:val="Heading1"/>
      </w:pPr>
      <w:r>
        <w:lastRenderedPageBreak/>
        <w:t>Section 5: Funding requested</w:t>
      </w:r>
    </w:p>
    <w:tbl>
      <w:tblPr>
        <w:tblW w:w="0" w:type="auto"/>
        <w:jc w:val="center"/>
        <w:tblLayout w:type="fixed"/>
        <w:tblLook w:val="04A0" w:firstRow="1" w:lastRow="0" w:firstColumn="1" w:lastColumn="0" w:noHBand="0" w:noVBand="1"/>
      </w:tblPr>
      <w:tblGrid>
        <w:gridCol w:w="7722"/>
        <w:gridCol w:w="2070"/>
      </w:tblGrid>
      <w:tr w:rsidR="001D5AA3" w14:paraId="2ACE06AB" w14:textId="77777777" w:rsidTr="00C53CD2">
        <w:trPr>
          <w:trHeight w:val="792"/>
          <w:jc w:val="center"/>
        </w:trPr>
        <w:tc>
          <w:tcPr>
            <w:tcW w:w="7722" w:type="dxa"/>
            <w:shd w:val="clear" w:color="auto" w:fill="EAF2F8"/>
            <w:tcMar>
              <w:top w:w="90" w:type="dxa"/>
              <w:left w:w="110" w:type="dxa"/>
              <w:bottom w:w="90" w:type="dxa"/>
              <w:right w:w="110" w:type="dxa"/>
            </w:tcMar>
            <w:vAlign w:val="center"/>
          </w:tcPr>
          <w:p w14:paraId="09F9E229" w14:textId="2790208C" w:rsidR="001D5AA3" w:rsidRDefault="00000000">
            <w:r>
              <w:rPr>
                <w:b/>
                <w:sz w:val="19"/>
              </w:rPr>
              <w:t>23. Amount requested (maximum £10,000)</w:t>
            </w:r>
            <w:r w:rsidR="00C53CD2">
              <w:rPr>
                <w:b/>
                <w:sz w:val="19"/>
              </w:rPr>
              <w:t xml:space="preserve">   =</w:t>
            </w:r>
          </w:p>
        </w:tc>
        <w:tc>
          <w:tcPr>
            <w:tcW w:w="2070" w:type="dxa"/>
            <w:tcMar>
              <w:top w:w="90" w:type="dxa"/>
              <w:left w:w="110" w:type="dxa"/>
              <w:bottom w:w="90" w:type="dxa"/>
              <w:right w:w="110" w:type="dxa"/>
            </w:tcMar>
            <w:vAlign w:val="center"/>
          </w:tcPr>
          <w:p w14:paraId="5265E9FA" w14:textId="77777777" w:rsidR="001D5AA3" w:rsidRDefault="001D5AA3"/>
        </w:tc>
      </w:tr>
    </w:tbl>
    <w:p w14:paraId="3CE2A8B6" w14:textId="77777777" w:rsidR="001D5AA3" w:rsidRDefault="00000000">
      <w:r>
        <w:rPr>
          <w:b/>
        </w:rPr>
        <w:t>24. Provide a breakdown of the estimated costs for the activity.</w:t>
      </w:r>
    </w:p>
    <w:p w14:paraId="5E6F18BF" w14:textId="77777777" w:rsidR="001D5AA3" w:rsidRDefault="00000000">
      <w:pPr>
        <w:pStyle w:val="FormNote"/>
      </w:pPr>
      <w:r>
        <w:t>Please list each item or activity and its estimated cost. The total estimated cost should match the amount requested above.</w:t>
      </w:r>
    </w:p>
    <w:tbl>
      <w:tblPr>
        <w:tblStyle w:val="TableGrid"/>
        <w:tblW w:w="9000" w:type="dxa"/>
        <w:jc w:val="center"/>
        <w:tblLayout w:type="fixed"/>
        <w:tblLook w:val="04A0" w:firstRow="1" w:lastRow="0" w:firstColumn="1" w:lastColumn="0" w:noHBand="0" w:noVBand="1"/>
      </w:tblPr>
      <w:tblGrid>
        <w:gridCol w:w="7272"/>
        <w:gridCol w:w="1728"/>
      </w:tblGrid>
      <w:tr w:rsidR="001D5AA3" w14:paraId="52FBD239" w14:textId="77777777">
        <w:trPr>
          <w:tblHeader/>
          <w:jc w:val="center"/>
        </w:trPr>
        <w:tc>
          <w:tcPr>
            <w:tcW w:w="7272" w:type="dxa"/>
            <w:shd w:val="clear" w:color="auto" w:fill="17365D"/>
            <w:tcMar>
              <w:top w:w="90" w:type="dxa"/>
              <w:left w:w="110" w:type="dxa"/>
              <w:bottom w:w="90" w:type="dxa"/>
              <w:right w:w="110" w:type="dxa"/>
            </w:tcMar>
          </w:tcPr>
          <w:p w14:paraId="67152DED" w14:textId="77777777" w:rsidR="001D5AA3" w:rsidRDefault="00000000">
            <w:r>
              <w:rPr>
                <w:b/>
                <w:color w:val="FFFFFF"/>
                <w:sz w:val="19"/>
              </w:rPr>
              <w:t>Item / activity</w:t>
            </w:r>
          </w:p>
        </w:tc>
        <w:tc>
          <w:tcPr>
            <w:tcW w:w="1728" w:type="dxa"/>
            <w:shd w:val="clear" w:color="auto" w:fill="17365D"/>
            <w:tcMar>
              <w:top w:w="90" w:type="dxa"/>
              <w:left w:w="110" w:type="dxa"/>
              <w:bottom w:w="90" w:type="dxa"/>
              <w:right w:w="110" w:type="dxa"/>
            </w:tcMar>
          </w:tcPr>
          <w:p w14:paraId="328FD56F" w14:textId="77777777" w:rsidR="001D5AA3" w:rsidRDefault="00000000">
            <w:r>
              <w:rPr>
                <w:b/>
                <w:color w:val="FFFFFF"/>
                <w:sz w:val="19"/>
              </w:rPr>
              <w:t>Cost (£)</w:t>
            </w:r>
          </w:p>
        </w:tc>
      </w:tr>
      <w:tr w:rsidR="001D5AA3" w14:paraId="19F99FD2" w14:textId="77777777">
        <w:trPr>
          <w:trHeight w:val="490"/>
          <w:jc w:val="center"/>
        </w:trPr>
        <w:tc>
          <w:tcPr>
            <w:tcW w:w="7272" w:type="dxa"/>
            <w:tcMar>
              <w:top w:w="90" w:type="dxa"/>
              <w:left w:w="110" w:type="dxa"/>
              <w:bottom w:w="90" w:type="dxa"/>
              <w:right w:w="110" w:type="dxa"/>
            </w:tcMar>
          </w:tcPr>
          <w:p w14:paraId="21BCB8D0" w14:textId="77777777" w:rsidR="001D5AA3" w:rsidRDefault="001D5AA3"/>
        </w:tc>
        <w:tc>
          <w:tcPr>
            <w:tcW w:w="1728" w:type="dxa"/>
            <w:tcMar>
              <w:top w:w="90" w:type="dxa"/>
              <w:left w:w="110" w:type="dxa"/>
              <w:bottom w:w="90" w:type="dxa"/>
              <w:right w:w="110" w:type="dxa"/>
            </w:tcMar>
          </w:tcPr>
          <w:p w14:paraId="600AD0D0" w14:textId="77777777" w:rsidR="001D5AA3" w:rsidRDefault="001D5AA3"/>
        </w:tc>
      </w:tr>
      <w:tr w:rsidR="001D5AA3" w14:paraId="171A2ACD" w14:textId="77777777">
        <w:trPr>
          <w:trHeight w:val="490"/>
          <w:jc w:val="center"/>
        </w:trPr>
        <w:tc>
          <w:tcPr>
            <w:tcW w:w="7272" w:type="dxa"/>
            <w:tcMar>
              <w:top w:w="90" w:type="dxa"/>
              <w:left w:w="110" w:type="dxa"/>
              <w:bottom w:w="90" w:type="dxa"/>
              <w:right w:w="110" w:type="dxa"/>
            </w:tcMar>
          </w:tcPr>
          <w:p w14:paraId="1874F01E" w14:textId="77777777" w:rsidR="001D5AA3" w:rsidRDefault="001D5AA3"/>
        </w:tc>
        <w:tc>
          <w:tcPr>
            <w:tcW w:w="1728" w:type="dxa"/>
            <w:tcMar>
              <w:top w:w="90" w:type="dxa"/>
              <w:left w:w="110" w:type="dxa"/>
              <w:bottom w:w="90" w:type="dxa"/>
              <w:right w:w="110" w:type="dxa"/>
            </w:tcMar>
          </w:tcPr>
          <w:p w14:paraId="592C648C" w14:textId="77777777" w:rsidR="001D5AA3" w:rsidRDefault="001D5AA3"/>
        </w:tc>
      </w:tr>
      <w:tr w:rsidR="001D5AA3" w14:paraId="055DA4C7" w14:textId="77777777">
        <w:trPr>
          <w:trHeight w:val="490"/>
          <w:jc w:val="center"/>
        </w:trPr>
        <w:tc>
          <w:tcPr>
            <w:tcW w:w="7272" w:type="dxa"/>
            <w:tcMar>
              <w:top w:w="90" w:type="dxa"/>
              <w:left w:w="110" w:type="dxa"/>
              <w:bottom w:w="90" w:type="dxa"/>
              <w:right w:w="110" w:type="dxa"/>
            </w:tcMar>
          </w:tcPr>
          <w:p w14:paraId="61E8A914" w14:textId="77777777" w:rsidR="001D5AA3" w:rsidRDefault="001D5AA3"/>
        </w:tc>
        <w:tc>
          <w:tcPr>
            <w:tcW w:w="1728" w:type="dxa"/>
            <w:tcMar>
              <w:top w:w="90" w:type="dxa"/>
              <w:left w:w="110" w:type="dxa"/>
              <w:bottom w:w="90" w:type="dxa"/>
              <w:right w:w="110" w:type="dxa"/>
            </w:tcMar>
          </w:tcPr>
          <w:p w14:paraId="35AB3D5B" w14:textId="77777777" w:rsidR="001D5AA3" w:rsidRDefault="001D5AA3"/>
        </w:tc>
      </w:tr>
      <w:tr w:rsidR="001D5AA3" w14:paraId="6DB67633" w14:textId="77777777">
        <w:trPr>
          <w:trHeight w:val="490"/>
          <w:jc w:val="center"/>
        </w:trPr>
        <w:tc>
          <w:tcPr>
            <w:tcW w:w="7272" w:type="dxa"/>
            <w:tcMar>
              <w:top w:w="90" w:type="dxa"/>
              <w:left w:w="110" w:type="dxa"/>
              <w:bottom w:w="90" w:type="dxa"/>
              <w:right w:w="110" w:type="dxa"/>
            </w:tcMar>
          </w:tcPr>
          <w:p w14:paraId="74871C2A" w14:textId="77777777" w:rsidR="001D5AA3" w:rsidRDefault="001D5AA3"/>
        </w:tc>
        <w:tc>
          <w:tcPr>
            <w:tcW w:w="1728" w:type="dxa"/>
            <w:tcMar>
              <w:top w:w="90" w:type="dxa"/>
              <w:left w:w="110" w:type="dxa"/>
              <w:bottom w:w="90" w:type="dxa"/>
              <w:right w:w="110" w:type="dxa"/>
            </w:tcMar>
          </w:tcPr>
          <w:p w14:paraId="7E506819" w14:textId="77777777" w:rsidR="001D5AA3" w:rsidRDefault="001D5AA3"/>
        </w:tc>
      </w:tr>
      <w:tr w:rsidR="001D5AA3" w14:paraId="7FEBC38E" w14:textId="77777777">
        <w:trPr>
          <w:trHeight w:val="490"/>
          <w:jc w:val="center"/>
        </w:trPr>
        <w:tc>
          <w:tcPr>
            <w:tcW w:w="7272" w:type="dxa"/>
            <w:tcMar>
              <w:top w:w="90" w:type="dxa"/>
              <w:left w:w="110" w:type="dxa"/>
              <w:bottom w:w="90" w:type="dxa"/>
              <w:right w:w="110" w:type="dxa"/>
            </w:tcMar>
          </w:tcPr>
          <w:p w14:paraId="0BE16AC2" w14:textId="77777777" w:rsidR="001D5AA3" w:rsidRDefault="001D5AA3"/>
        </w:tc>
        <w:tc>
          <w:tcPr>
            <w:tcW w:w="1728" w:type="dxa"/>
            <w:tcMar>
              <w:top w:w="90" w:type="dxa"/>
              <w:left w:w="110" w:type="dxa"/>
              <w:bottom w:w="90" w:type="dxa"/>
              <w:right w:w="110" w:type="dxa"/>
            </w:tcMar>
          </w:tcPr>
          <w:p w14:paraId="61C93B10" w14:textId="77777777" w:rsidR="001D5AA3" w:rsidRDefault="001D5AA3"/>
        </w:tc>
      </w:tr>
      <w:tr w:rsidR="001D5AA3" w14:paraId="560D654E" w14:textId="77777777">
        <w:trPr>
          <w:trHeight w:val="490"/>
          <w:jc w:val="center"/>
        </w:trPr>
        <w:tc>
          <w:tcPr>
            <w:tcW w:w="7272" w:type="dxa"/>
            <w:tcMar>
              <w:top w:w="90" w:type="dxa"/>
              <w:left w:w="110" w:type="dxa"/>
              <w:bottom w:w="90" w:type="dxa"/>
              <w:right w:w="110" w:type="dxa"/>
            </w:tcMar>
          </w:tcPr>
          <w:p w14:paraId="12BA0A43" w14:textId="77777777" w:rsidR="001D5AA3" w:rsidRDefault="001D5AA3"/>
        </w:tc>
        <w:tc>
          <w:tcPr>
            <w:tcW w:w="1728" w:type="dxa"/>
            <w:tcMar>
              <w:top w:w="90" w:type="dxa"/>
              <w:left w:w="110" w:type="dxa"/>
              <w:bottom w:w="90" w:type="dxa"/>
              <w:right w:w="110" w:type="dxa"/>
            </w:tcMar>
          </w:tcPr>
          <w:p w14:paraId="06286092" w14:textId="77777777" w:rsidR="001D5AA3" w:rsidRDefault="001D5AA3"/>
        </w:tc>
      </w:tr>
      <w:tr w:rsidR="001D5AA3" w14:paraId="22C00905" w14:textId="77777777">
        <w:trPr>
          <w:trHeight w:val="490"/>
          <w:jc w:val="center"/>
        </w:trPr>
        <w:tc>
          <w:tcPr>
            <w:tcW w:w="7272" w:type="dxa"/>
            <w:tcMar>
              <w:top w:w="90" w:type="dxa"/>
              <w:left w:w="110" w:type="dxa"/>
              <w:bottom w:w="90" w:type="dxa"/>
              <w:right w:w="110" w:type="dxa"/>
            </w:tcMar>
          </w:tcPr>
          <w:p w14:paraId="5AF437E0" w14:textId="77777777" w:rsidR="001D5AA3" w:rsidRDefault="001D5AA3"/>
        </w:tc>
        <w:tc>
          <w:tcPr>
            <w:tcW w:w="1728" w:type="dxa"/>
            <w:tcMar>
              <w:top w:w="90" w:type="dxa"/>
              <w:left w:w="110" w:type="dxa"/>
              <w:bottom w:w="90" w:type="dxa"/>
              <w:right w:w="110" w:type="dxa"/>
            </w:tcMar>
          </w:tcPr>
          <w:p w14:paraId="661084B5" w14:textId="77777777" w:rsidR="001D5AA3" w:rsidRDefault="001D5AA3"/>
        </w:tc>
      </w:tr>
      <w:tr w:rsidR="001D5AA3" w14:paraId="20EE49C9" w14:textId="77777777">
        <w:trPr>
          <w:trHeight w:val="490"/>
          <w:jc w:val="center"/>
        </w:trPr>
        <w:tc>
          <w:tcPr>
            <w:tcW w:w="7272" w:type="dxa"/>
            <w:tcMar>
              <w:top w:w="90" w:type="dxa"/>
              <w:left w:w="110" w:type="dxa"/>
              <w:bottom w:w="90" w:type="dxa"/>
              <w:right w:w="110" w:type="dxa"/>
            </w:tcMar>
          </w:tcPr>
          <w:p w14:paraId="3C26C28F" w14:textId="77777777" w:rsidR="001D5AA3" w:rsidRDefault="001D5AA3"/>
        </w:tc>
        <w:tc>
          <w:tcPr>
            <w:tcW w:w="1728" w:type="dxa"/>
            <w:tcMar>
              <w:top w:w="90" w:type="dxa"/>
              <w:left w:w="110" w:type="dxa"/>
              <w:bottom w:w="90" w:type="dxa"/>
              <w:right w:w="110" w:type="dxa"/>
            </w:tcMar>
          </w:tcPr>
          <w:p w14:paraId="3602B534" w14:textId="77777777" w:rsidR="001D5AA3" w:rsidRDefault="001D5AA3"/>
        </w:tc>
      </w:tr>
      <w:tr w:rsidR="001D5AA3" w14:paraId="093F74A0" w14:textId="77777777">
        <w:trPr>
          <w:trHeight w:val="490"/>
          <w:jc w:val="center"/>
        </w:trPr>
        <w:tc>
          <w:tcPr>
            <w:tcW w:w="7272" w:type="dxa"/>
            <w:tcMar>
              <w:top w:w="90" w:type="dxa"/>
              <w:left w:w="110" w:type="dxa"/>
              <w:bottom w:w="90" w:type="dxa"/>
              <w:right w:w="110" w:type="dxa"/>
            </w:tcMar>
          </w:tcPr>
          <w:p w14:paraId="709158D7" w14:textId="77777777" w:rsidR="001D5AA3" w:rsidRDefault="001D5AA3"/>
        </w:tc>
        <w:tc>
          <w:tcPr>
            <w:tcW w:w="1728" w:type="dxa"/>
            <w:tcMar>
              <w:top w:w="90" w:type="dxa"/>
              <w:left w:w="110" w:type="dxa"/>
              <w:bottom w:w="90" w:type="dxa"/>
              <w:right w:w="110" w:type="dxa"/>
            </w:tcMar>
          </w:tcPr>
          <w:p w14:paraId="130A327C" w14:textId="77777777" w:rsidR="001D5AA3" w:rsidRDefault="001D5AA3"/>
        </w:tc>
      </w:tr>
      <w:tr w:rsidR="001D5AA3" w14:paraId="1EADEDE6" w14:textId="77777777">
        <w:trPr>
          <w:trHeight w:val="490"/>
          <w:jc w:val="center"/>
        </w:trPr>
        <w:tc>
          <w:tcPr>
            <w:tcW w:w="7272" w:type="dxa"/>
            <w:tcMar>
              <w:top w:w="90" w:type="dxa"/>
              <w:left w:w="110" w:type="dxa"/>
              <w:bottom w:w="90" w:type="dxa"/>
              <w:right w:w="110" w:type="dxa"/>
            </w:tcMar>
          </w:tcPr>
          <w:p w14:paraId="6269CCBB" w14:textId="77777777" w:rsidR="001D5AA3" w:rsidRDefault="001D5AA3"/>
        </w:tc>
        <w:tc>
          <w:tcPr>
            <w:tcW w:w="1728" w:type="dxa"/>
            <w:tcMar>
              <w:top w:w="90" w:type="dxa"/>
              <w:left w:w="110" w:type="dxa"/>
              <w:bottom w:w="90" w:type="dxa"/>
              <w:right w:w="110" w:type="dxa"/>
            </w:tcMar>
          </w:tcPr>
          <w:p w14:paraId="0FDFFB07" w14:textId="77777777" w:rsidR="001D5AA3" w:rsidRDefault="001D5AA3"/>
        </w:tc>
      </w:tr>
      <w:tr w:rsidR="001D5AA3" w14:paraId="5DF51BA8" w14:textId="77777777">
        <w:trPr>
          <w:jc w:val="center"/>
        </w:trPr>
        <w:tc>
          <w:tcPr>
            <w:tcW w:w="7272" w:type="dxa"/>
            <w:shd w:val="clear" w:color="auto" w:fill="EAF2F8"/>
            <w:tcMar>
              <w:top w:w="90" w:type="dxa"/>
              <w:left w:w="110" w:type="dxa"/>
              <w:bottom w:w="90" w:type="dxa"/>
              <w:right w:w="110" w:type="dxa"/>
            </w:tcMar>
          </w:tcPr>
          <w:p w14:paraId="118C466E" w14:textId="77777777" w:rsidR="001D5AA3" w:rsidRDefault="00000000">
            <w:r>
              <w:rPr>
                <w:b/>
                <w:sz w:val="19"/>
              </w:rPr>
              <w:t>TOTAL ESTIMATED COST</w:t>
            </w:r>
          </w:p>
        </w:tc>
        <w:tc>
          <w:tcPr>
            <w:tcW w:w="1728" w:type="dxa"/>
            <w:shd w:val="clear" w:color="auto" w:fill="EAF2F8"/>
            <w:tcMar>
              <w:top w:w="90" w:type="dxa"/>
              <w:left w:w="110" w:type="dxa"/>
              <w:bottom w:w="90" w:type="dxa"/>
              <w:right w:w="110" w:type="dxa"/>
            </w:tcMar>
          </w:tcPr>
          <w:p w14:paraId="4D76B470" w14:textId="77777777" w:rsidR="001D5AA3" w:rsidRDefault="00000000">
            <w:r>
              <w:rPr>
                <w:b/>
                <w:sz w:val="19"/>
              </w:rPr>
              <w:t>£</w:t>
            </w:r>
          </w:p>
        </w:tc>
      </w:tr>
    </w:tbl>
    <w:p w14:paraId="003F1843" w14:textId="77777777" w:rsidR="00C53CD2" w:rsidRDefault="00C53CD2">
      <w:pPr>
        <w:rPr>
          <w:b/>
        </w:rPr>
      </w:pPr>
    </w:p>
    <w:p w14:paraId="00E6E2CB" w14:textId="77777777" w:rsidR="00C53CD2" w:rsidRDefault="00C53CD2">
      <w:pPr>
        <w:rPr>
          <w:b/>
        </w:rPr>
      </w:pPr>
    </w:p>
    <w:p w14:paraId="27AB62BA" w14:textId="77777777" w:rsidR="00C53CD2" w:rsidRDefault="00C53CD2">
      <w:pPr>
        <w:rPr>
          <w:b/>
        </w:rPr>
      </w:pPr>
    </w:p>
    <w:p w14:paraId="4B3FC33E" w14:textId="77777777" w:rsidR="00C53CD2" w:rsidRDefault="00C53CD2">
      <w:pPr>
        <w:rPr>
          <w:b/>
        </w:rPr>
      </w:pPr>
    </w:p>
    <w:p w14:paraId="63B54BBA" w14:textId="77777777" w:rsidR="00C53CD2" w:rsidRDefault="00C53CD2">
      <w:pPr>
        <w:rPr>
          <w:b/>
        </w:rPr>
      </w:pPr>
    </w:p>
    <w:p w14:paraId="1DD7C601" w14:textId="77777777" w:rsidR="00C53CD2" w:rsidRDefault="00C53CD2">
      <w:pPr>
        <w:rPr>
          <w:b/>
        </w:rPr>
      </w:pPr>
    </w:p>
    <w:p w14:paraId="1F32D63F" w14:textId="3D270AD8" w:rsidR="001D5AA3" w:rsidRPr="00C53CD2" w:rsidRDefault="00000000">
      <w:pPr>
        <w:rPr>
          <w:b/>
        </w:rPr>
      </w:pPr>
      <w:r>
        <w:rPr>
          <w:b/>
        </w:rPr>
        <w:lastRenderedPageBreak/>
        <w:t>25. Have you applied for or received any other funding for this activity?</w:t>
      </w:r>
    </w:p>
    <w:p w14:paraId="7C51FD09" w14:textId="77777777" w:rsidR="001D5AA3" w:rsidRDefault="00000000">
      <w:pPr>
        <w:spacing w:after="60"/>
        <w:ind w:left="259"/>
      </w:pPr>
      <w:r>
        <w:rPr>
          <w:sz w:val="26"/>
        </w:rPr>
        <w:t xml:space="preserve">☐  </w:t>
      </w:r>
      <w:r>
        <w:t>No</w:t>
      </w:r>
    </w:p>
    <w:p w14:paraId="70652D6A" w14:textId="77777777" w:rsidR="001D5AA3" w:rsidRDefault="00000000">
      <w:pPr>
        <w:spacing w:after="60"/>
        <w:ind w:left="259"/>
      </w:pPr>
      <w:r>
        <w:rPr>
          <w:sz w:val="26"/>
        </w:rPr>
        <w:t xml:space="preserve">☐  </w:t>
      </w:r>
      <w:r>
        <w:t>Yes. Please provide the source, amount and status below.</w:t>
      </w:r>
    </w:p>
    <w:tbl>
      <w:tblPr>
        <w:tblW w:w="0" w:type="auto"/>
        <w:jc w:val="center"/>
        <w:tblLook w:val="04A0" w:firstRow="1" w:lastRow="0" w:firstColumn="1" w:lastColumn="0" w:noHBand="0" w:noVBand="1"/>
      </w:tblPr>
      <w:tblGrid>
        <w:gridCol w:w="10224"/>
      </w:tblGrid>
      <w:tr w:rsidR="001D5AA3" w14:paraId="32B3C5F7" w14:textId="77777777">
        <w:trPr>
          <w:jc w:val="center"/>
        </w:trPr>
        <w:tc>
          <w:tcPr>
            <w:tcW w:w="10224" w:type="dxa"/>
            <w:tcMar>
              <w:top w:w="120" w:type="dxa"/>
              <w:left w:w="120" w:type="dxa"/>
              <w:bottom w:w="120" w:type="dxa"/>
              <w:right w:w="120" w:type="dxa"/>
            </w:tcMar>
          </w:tcPr>
          <w:p w14:paraId="748C321E" w14:textId="77777777" w:rsidR="001D5AA3" w:rsidRDefault="00000000">
            <w:pPr>
              <w:spacing w:after="80"/>
            </w:pPr>
            <w:r>
              <w:rPr>
                <w:sz w:val="19"/>
              </w:rPr>
              <w:t>________________________________________________________________________________</w:t>
            </w:r>
          </w:p>
          <w:p w14:paraId="416B976B" w14:textId="77777777" w:rsidR="001D5AA3" w:rsidRDefault="00000000">
            <w:pPr>
              <w:spacing w:after="80"/>
            </w:pPr>
            <w:r>
              <w:rPr>
                <w:sz w:val="19"/>
              </w:rPr>
              <w:t>________________________________________________________________________________</w:t>
            </w:r>
          </w:p>
          <w:p w14:paraId="579CBAB6" w14:textId="77777777" w:rsidR="001D5AA3" w:rsidRDefault="00000000">
            <w:pPr>
              <w:spacing w:after="80"/>
            </w:pPr>
            <w:r>
              <w:rPr>
                <w:sz w:val="19"/>
              </w:rPr>
              <w:t>________________________________________________________________________________</w:t>
            </w:r>
          </w:p>
        </w:tc>
      </w:tr>
    </w:tbl>
    <w:p w14:paraId="35BE5326" w14:textId="77777777" w:rsidR="001D5AA3" w:rsidRDefault="00000000">
      <w:r>
        <w:br w:type="page"/>
      </w:r>
    </w:p>
    <w:p w14:paraId="6188980B" w14:textId="77777777" w:rsidR="001D5AA3" w:rsidRDefault="00000000">
      <w:pPr>
        <w:pStyle w:val="Heading1"/>
      </w:pPr>
      <w:r>
        <w:lastRenderedPageBreak/>
        <w:t>Section 6: Policies and organisational arrangements</w:t>
      </w:r>
    </w:p>
    <w:p w14:paraId="503DC386" w14:textId="77777777" w:rsidR="001D5AA3" w:rsidRDefault="00000000">
      <w:r>
        <w:t>Please confirm whether your organisation has the following policies. Where a policy is in place, include a current copy with your application. If a policy is not applicable, explain why.</w:t>
      </w:r>
    </w:p>
    <w:p w14:paraId="6C82CA3D" w14:textId="77777777" w:rsidR="001D5AA3" w:rsidRDefault="00000000">
      <w:r>
        <w:rPr>
          <w:b/>
        </w:rPr>
        <w:t>26. Health and safety policy</w:t>
      </w:r>
    </w:p>
    <w:p w14:paraId="709568D7" w14:textId="77777777" w:rsidR="001D5AA3" w:rsidRDefault="00000000">
      <w:pPr>
        <w:spacing w:after="60"/>
        <w:ind w:left="259"/>
      </w:pPr>
      <w:r>
        <w:rPr>
          <w:sz w:val="26"/>
        </w:rPr>
        <w:t xml:space="preserve">☐  </w:t>
      </w:r>
      <w:r>
        <w:t>Yes. A current copy is enclosed</w:t>
      </w:r>
    </w:p>
    <w:p w14:paraId="2EE3E27D" w14:textId="77777777" w:rsidR="001D5AA3" w:rsidRDefault="00000000">
      <w:pPr>
        <w:spacing w:after="60"/>
        <w:ind w:left="259"/>
      </w:pPr>
      <w:r>
        <w:rPr>
          <w:sz w:val="26"/>
        </w:rPr>
        <w:t xml:space="preserve">☐  </w:t>
      </w:r>
      <w:r>
        <w:t>Yes. A copy will be provided separately</w:t>
      </w:r>
    </w:p>
    <w:p w14:paraId="77749BEA" w14:textId="77777777" w:rsidR="001D5AA3" w:rsidRDefault="00000000">
      <w:pPr>
        <w:spacing w:after="60"/>
        <w:ind w:left="259"/>
      </w:pPr>
      <w:r>
        <w:rPr>
          <w:sz w:val="26"/>
        </w:rPr>
        <w:t xml:space="preserve">☐  </w:t>
      </w:r>
      <w:r>
        <w:t>No</w:t>
      </w:r>
    </w:p>
    <w:p w14:paraId="4F8E5D4A" w14:textId="77777777" w:rsidR="001D5AA3" w:rsidRDefault="00000000">
      <w:pPr>
        <w:spacing w:after="60"/>
        <w:ind w:left="259"/>
      </w:pPr>
      <w:r>
        <w:rPr>
          <w:sz w:val="26"/>
        </w:rPr>
        <w:t xml:space="preserve">☐  </w:t>
      </w:r>
      <w:r>
        <w:t>Not applicable. Please explain below</w:t>
      </w:r>
    </w:p>
    <w:tbl>
      <w:tblPr>
        <w:tblW w:w="0" w:type="auto"/>
        <w:jc w:val="center"/>
        <w:tblLook w:val="04A0" w:firstRow="1" w:lastRow="0" w:firstColumn="1" w:lastColumn="0" w:noHBand="0" w:noVBand="1"/>
      </w:tblPr>
      <w:tblGrid>
        <w:gridCol w:w="10224"/>
      </w:tblGrid>
      <w:tr w:rsidR="001D5AA3" w14:paraId="51145141" w14:textId="77777777">
        <w:trPr>
          <w:jc w:val="center"/>
        </w:trPr>
        <w:tc>
          <w:tcPr>
            <w:tcW w:w="10224" w:type="dxa"/>
            <w:tcMar>
              <w:top w:w="120" w:type="dxa"/>
              <w:left w:w="120" w:type="dxa"/>
              <w:bottom w:w="120" w:type="dxa"/>
              <w:right w:w="120" w:type="dxa"/>
            </w:tcMar>
          </w:tcPr>
          <w:p w14:paraId="239DAE56" w14:textId="77777777" w:rsidR="001D5AA3" w:rsidRDefault="00000000">
            <w:pPr>
              <w:spacing w:after="80"/>
            </w:pPr>
            <w:r>
              <w:rPr>
                <w:sz w:val="19"/>
              </w:rPr>
              <w:t>________________________________________________________________________________</w:t>
            </w:r>
          </w:p>
          <w:p w14:paraId="7335D389" w14:textId="77777777" w:rsidR="001D5AA3" w:rsidRDefault="00000000">
            <w:pPr>
              <w:spacing w:after="80"/>
            </w:pPr>
            <w:r>
              <w:rPr>
                <w:sz w:val="19"/>
              </w:rPr>
              <w:t>________________________________________________________________________________</w:t>
            </w:r>
          </w:p>
          <w:p w14:paraId="730114BF" w14:textId="77777777" w:rsidR="001D5AA3" w:rsidRDefault="00000000">
            <w:pPr>
              <w:spacing w:after="80"/>
            </w:pPr>
            <w:r>
              <w:rPr>
                <w:sz w:val="19"/>
              </w:rPr>
              <w:t>________________________________________________________________________________</w:t>
            </w:r>
          </w:p>
          <w:p w14:paraId="0B85C579" w14:textId="77777777" w:rsidR="001D5AA3" w:rsidRDefault="00000000">
            <w:pPr>
              <w:spacing w:after="80"/>
            </w:pPr>
            <w:r>
              <w:rPr>
                <w:sz w:val="19"/>
              </w:rPr>
              <w:t>________________________________________________________________________________</w:t>
            </w:r>
          </w:p>
          <w:p w14:paraId="25F55D98" w14:textId="77777777" w:rsidR="001D5AA3" w:rsidRDefault="00000000">
            <w:pPr>
              <w:spacing w:after="80"/>
            </w:pPr>
            <w:r>
              <w:rPr>
                <w:sz w:val="19"/>
              </w:rPr>
              <w:t>________________________________________________________________________________</w:t>
            </w:r>
          </w:p>
        </w:tc>
      </w:tr>
    </w:tbl>
    <w:p w14:paraId="137E1DEE" w14:textId="77777777" w:rsidR="001D5AA3" w:rsidRDefault="00000000">
      <w:r>
        <w:rPr>
          <w:b/>
        </w:rPr>
        <w:t>27. Safeguarding policy</w:t>
      </w:r>
    </w:p>
    <w:p w14:paraId="684EFBD7" w14:textId="77777777" w:rsidR="001D5AA3" w:rsidRDefault="00000000">
      <w:pPr>
        <w:spacing w:after="60"/>
        <w:ind w:left="259"/>
      </w:pPr>
      <w:r>
        <w:rPr>
          <w:sz w:val="26"/>
        </w:rPr>
        <w:t xml:space="preserve">☐  </w:t>
      </w:r>
      <w:r>
        <w:t>Yes. A current copy is enclosed</w:t>
      </w:r>
    </w:p>
    <w:p w14:paraId="392052C7" w14:textId="77777777" w:rsidR="001D5AA3" w:rsidRDefault="00000000">
      <w:pPr>
        <w:spacing w:after="60"/>
        <w:ind w:left="259"/>
      </w:pPr>
      <w:r>
        <w:rPr>
          <w:sz w:val="26"/>
        </w:rPr>
        <w:t xml:space="preserve">☐  </w:t>
      </w:r>
      <w:r>
        <w:t>Yes. A copy will be provided separately</w:t>
      </w:r>
    </w:p>
    <w:p w14:paraId="281476CF" w14:textId="77777777" w:rsidR="001D5AA3" w:rsidRDefault="00000000">
      <w:pPr>
        <w:spacing w:after="60"/>
        <w:ind w:left="259"/>
      </w:pPr>
      <w:r>
        <w:rPr>
          <w:sz w:val="26"/>
        </w:rPr>
        <w:t xml:space="preserve">☐  </w:t>
      </w:r>
      <w:r>
        <w:t>No</w:t>
      </w:r>
    </w:p>
    <w:p w14:paraId="341EA6DC" w14:textId="77777777" w:rsidR="001D5AA3" w:rsidRDefault="00000000">
      <w:pPr>
        <w:spacing w:after="60"/>
        <w:ind w:left="259"/>
      </w:pPr>
      <w:r>
        <w:rPr>
          <w:sz w:val="26"/>
        </w:rPr>
        <w:t xml:space="preserve">☐  </w:t>
      </w:r>
      <w:r>
        <w:t>Not applicable. Please explain below</w:t>
      </w:r>
    </w:p>
    <w:tbl>
      <w:tblPr>
        <w:tblW w:w="0" w:type="auto"/>
        <w:jc w:val="center"/>
        <w:tblLook w:val="04A0" w:firstRow="1" w:lastRow="0" w:firstColumn="1" w:lastColumn="0" w:noHBand="0" w:noVBand="1"/>
      </w:tblPr>
      <w:tblGrid>
        <w:gridCol w:w="10224"/>
      </w:tblGrid>
      <w:tr w:rsidR="001D5AA3" w14:paraId="1A9F70A8" w14:textId="77777777">
        <w:trPr>
          <w:jc w:val="center"/>
        </w:trPr>
        <w:tc>
          <w:tcPr>
            <w:tcW w:w="10224" w:type="dxa"/>
            <w:tcMar>
              <w:top w:w="120" w:type="dxa"/>
              <w:left w:w="120" w:type="dxa"/>
              <w:bottom w:w="120" w:type="dxa"/>
              <w:right w:w="120" w:type="dxa"/>
            </w:tcMar>
          </w:tcPr>
          <w:p w14:paraId="16F42097" w14:textId="77777777" w:rsidR="001D5AA3" w:rsidRDefault="00000000">
            <w:pPr>
              <w:spacing w:after="80"/>
            </w:pPr>
            <w:r>
              <w:rPr>
                <w:sz w:val="19"/>
              </w:rPr>
              <w:t>________________________________________________________________________________</w:t>
            </w:r>
          </w:p>
          <w:p w14:paraId="2E92EC17" w14:textId="77777777" w:rsidR="001D5AA3" w:rsidRDefault="00000000">
            <w:pPr>
              <w:spacing w:after="80"/>
            </w:pPr>
            <w:r>
              <w:rPr>
                <w:sz w:val="19"/>
              </w:rPr>
              <w:t>________________________________________________________________________________</w:t>
            </w:r>
          </w:p>
          <w:p w14:paraId="557800C7" w14:textId="77777777" w:rsidR="001D5AA3" w:rsidRDefault="00000000">
            <w:pPr>
              <w:spacing w:after="80"/>
            </w:pPr>
            <w:r>
              <w:rPr>
                <w:sz w:val="19"/>
              </w:rPr>
              <w:t>________________________________________________________________________________</w:t>
            </w:r>
          </w:p>
          <w:p w14:paraId="77C2A4A3" w14:textId="77777777" w:rsidR="001D5AA3" w:rsidRDefault="00000000">
            <w:pPr>
              <w:spacing w:after="80"/>
            </w:pPr>
            <w:r>
              <w:rPr>
                <w:sz w:val="19"/>
              </w:rPr>
              <w:t>________________________________________________________________________________</w:t>
            </w:r>
          </w:p>
          <w:p w14:paraId="0132F2F6" w14:textId="77777777" w:rsidR="001D5AA3" w:rsidRDefault="00000000">
            <w:pPr>
              <w:spacing w:after="80"/>
            </w:pPr>
            <w:r>
              <w:rPr>
                <w:sz w:val="19"/>
              </w:rPr>
              <w:t>________________________________________________________________________________</w:t>
            </w:r>
          </w:p>
        </w:tc>
      </w:tr>
    </w:tbl>
    <w:p w14:paraId="71B193BA" w14:textId="77777777" w:rsidR="001D5AA3" w:rsidRDefault="00000000">
      <w:r>
        <w:br w:type="page"/>
      </w:r>
    </w:p>
    <w:p w14:paraId="447D42D7" w14:textId="77777777" w:rsidR="001D5AA3" w:rsidRDefault="00000000">
      <w:r>
        <w:rPr>
          <w:b/>
        </w:rPr>
        <w:lastRenderedPageBreak/>
        <w:t>28. Equality and diversity policy</w:t>
      </w:r>
    </w:p>
    <w:p w14:paraId="147A0282" w14:textId="77777777" w:rsidR="001D5AA3" w:rsidRDefault="00000000">
      <w:pPr>
        <w:spacing w:after="60"/>
        <w:ind w:left="259"/>
      </w:pPr>
      <w:r>
        <w:rPr>
          <w:sz w:val="26"/>
        </w:rPr>
        <w:t xml:space="preserve">☐  </w:t>
      </w:r>
      <w:r>
        <w:t>Yes. A current copy is enclosed</w:t>
      </w:r>
    </w:p>
    <w:p w14:paraId="27BEE4E2" w14:textId="77777777" w:rsidR="001D5AA3" w:rsidRDefault="00000000">
      <w:pPr>
        <w:spacing w:after="60"/>
        <w:ind w:left="259"/>
      </w:pPr>
      <w:r>
        <w:rPr>
          <w:sz w:val="26"/>
        </w:rPr>
        <w:t xml:space="preserve">☐  </w:t>
      </w:r>
      <w:r>
        <w:t>Yes. A copy will be provided separately</w:t>
      </w:r>
    </w:p>
    <w:p w14:paraId="615F79A8" w14:textId="77777777" w:rsidR="001D5AA3" w:rsidRDefault="00000000">
      <w:pPr>
        <w:spacing w:after="60"/>
        <w:ind w:left="259"/>
      </w:pPr>
      <w:r>
        <w:rPr>
          <w:sz w:val="26"/>
        </w:rPr>
        <w:t xml:space="preserve">☐  </w:t>
      </w:r>
      <w:r>
        <w:t>No</w:t>
      </w:r>
    </w:p>
    <w:p w14:paraId="26CB0DC8" w14:textId="77777777" w:rsidR="001D5AA3" w:rsidRDefault="00000000">
      <w:pPr>
        <w:spacing w:after="60"/>
        <w:ind w:left="259"/>
      </w:pPr>
      <w:r>
        <w:rPr>
          <w:sz w:val="26"/>
        </w:rPr>
        <w:t xml:space="preserve">☐  </w:t>
      </w:r>
      <w:r>
        <w:t>Not applicable. Please explain below</w:t>
      </w:r>
    </w:p>
    <w:tbl>
      <w:tblPr>
        <w:tblW w:w="0" w:type="auto"/>
        <w:jc w:val="center"/>
        <w:tblLook w:val="04A0" w:firstRow="1" w:lastRow="0" w:firstColumn="1" w:lastColumn="0" w:noHBand="0" w:noVBand="1"/>
      </w:tblPr>
      <w:tblGrid>
        <w:gridCol w:w="10224"/>
      </w:tblGrid>
      <w:tr w:rsidR="001D5AA3" w14:paraId="59853603" w14:textId="77777777">
        <w:trPr>
          <w:jc w:val="center"/>
        </w:trPr>
        <w:tc>
          <w:tcPr>
            <w:tcW w:w="10224" w:type="dxa"/>
            <w:tcMar>
              <w:top w:w="120" w:type="dxa"/>
              <w:left w:w="120" w:type="dxa"/>
              <w:bottom w:w="120" w:type="dxa"/>
              <w:right w:w="120" w:type="dxa"/>
            </w:tcMar>
          </w:tcPr>
          <w:p w14:paraId="56DC6CC6" w14:textId="77777777" w:rsidR="001D5AA3" w:rsidRDefault="00000000">
            <w:pPr>
              <w:spacing w:after="80"/>
            </w:pPr>
            <w:r>
              <w:rPr>
                <w:sz w:val="19"/>
              </w:rPr>
              <w:t>________________________________________________________________________________</w:t>
            </w:r>
          </w:p>
          <w:p w14:paraId="6145CDD5" w14:textId="77777777" w:rsidR="001D5AA3" w:rsidRDefault="00000000">
            <w:pPr>
              <w:spacing w:after="80"/>
            </w:pPr>
            <w:r>
              <w:rPr>
                <w:sz w:val="19"/>
              </w:rPr>
              <w:t>________________________________________________________________________________</w:t>
            </w:r>
          </w:p>
          <w:p w14:paraId="4DF63F6B" w14:textId="77777777" w:rsidR="001D5AA3" w:rsidRDefault="00000000">
            <w:pPr>
              <w:spacing w:after="80"/>
            </w:pPr>
            <w:r>
              <w:rPr>
                <w:sz w:val="19"/>
              </w:rPr>
              <w:t>________________________________________________________________________________</w:t>
            </w:r>
          </w:p>
          <w:p w14:paraId="7AEBB9F1" w14:textId="77777777" w:rsidR="001D5AA3" w:rsidRDefault="00000000">
            <w:pPr>
              <w:spacing w:after="80"/>
            </w:pPr>
            <w:r>
              <w:rPr>
                <w:sz w:val="19"/>
              </w:rPr>
              <w:t>________________________________________________________________________________</w:t>
            </w:r>
          </w:p>
          <w:p w14:paraId="40495D18" w14:textId="77777777" w:rsidR="001D5AA3" w:rsidRDefault="00000000">
            <w:pPr>
              <w:spacing w:after="80"/>
            </w:pPr>
            <w:r>
              <w:rPr>
                <w:sz w:val="19"/>
              </w:rPr>
              <w:t>________________________________________________________________________________</w:t>
            </w:r>
          </w:p>
        </w:tc>
      </w:tr>
    </w:tbl>
    <w:p w14:paraId="6675F830" w14:textId="77777777" w:rsidR="001D5AA3" w:rsidRDefault="00000000">
      <w:r>
        <w:rPr>
          <w:b/>
        </w:rPr>
        <w:t>Please list any other policies or procedures relevant to delivering the proposed activity, and include copies where appropriate. For example, a copy of your public liability insurance.</w:t>
      </w:r>
    </w:p>
    <w:tbl>
      <w:tblPr>
        <w:tblW w:w="0" w:type="auto"/>
        <w:jc w:val="center"/>
        <w:tblLook w:val="04A0" w:firstRow="1" w:lastRow="0" w:firstColumn="1" w:lastColumn="0" w:noHBand="0" w:noVBand="1"/>
      </w:tblPr>
      <w:tblGrid>
        <w:gridCol w:w="10224"/>
      </w:tblGrid>
      <w:tr w:rsidR="001D5AA3" w14:paraId="509F4F61" w14:textId="77777777">
        <w:trPr>
          <w:jc w:val="center"/>
        </w:trPr>
        <w:tc>
          <w:tcPr>
            <w:tcW w:w="10224" w:type="dxa"/>
            <w:tcMar>
              <w:top w:w="120" w:type="dxa"/>
              <w:left w:w="120" w:type="dxa"/>
              <w:bottom w:w="120" w:type="dxa"/>
              <w:right w:w="120" w:type="dxa"/>
            </w:tcMar>
          </w:tcPr>
          <w:p w14:paraId="56BF473E" w14:textId="77777777" w:rsidR="001D5AA3" w:rsidRDefault="00000000">
            <w:pPr>
              <w:spacing w:after="80"/>
            </w:pPr>
            <w:r>
              <w:rPr>
                <w:sz w:val="19"/>
              </w:rPr>
              <w:t>________________________________________________________________________________</w:t>
            </w:r>
          </w:p>
          <w:p w14:paraId="031CEE64" w14:textId="77777777" w:rsidR="001D5AA3" w:rsidRDefault="00000000">
            <w:pPr>
              <w:spacing w:after="80"/>
            </w:pPr>
            <w:r>
              <w:rPr>
                <w:sz w:val="19"/>
              </w:rPr>
              <w:t>________________________________________________________________________________</w:t>
            </w:r>
          </w:p>
          <w:p w14:paraId="07F23624" w14:textId="77777777" w:rsidR="001D5AA3" w:rsidRDefault="00000000">
            <w:pPr>
              <w:spacing w:after="80"/>
            </w:pPr>
            <w:r>
              <w:rPr>
                <w:sz w:val="19"/>
              </w:rPr>
              <w:t>________________________________________________________________________________</w:t>
            </w:r>
          </w:p>
          <w:p w14:paraId="7213C550" w14:textId="77777777" w:rsidR="001D5AA3" w:rsidRDefault="00000000">
            <w:pPr>
              <w:spacing w:after="80"/>
            </w:pPr>
            <w:r>
              <w:rPr>
                <w:sz w:val="19"/>
              </w:rPr>
              <w:t>________________________________________________________________________________</w:t>
            </w:r>
          </w:p>
          <w:p w14:paraId="7B8594C5" w14:textId="77777777" w:rsidR="001D5AA3" w:rsidRDefault="00000000">
            <w:pPr>
              <w:spacing w:after="80"/>
            </w:pPr>
            <w:r>
              <w:rPr>
                <w:sz w:val="19"/>
              </w:rPr>
              <w:t>________________________________________________________________________________</w:t>
            </w:r>
          </w:p>
          <w:p w14:paraId="4EA95143" w14:textId="77777777" w:rsidR="001D5AA3" w:rsidRDefault="00000000">
            <w:pPr>
              <w:spacing w:after="80"/>
            </w:pPr>
            <w:r>
              <w:rPr>
                <w:sz w:val="19"/>
              </w:rPr>
              <w:t>________________________________________________________________________________</w:t>
            </w:r>
          </w:p>
        </w:tc>
      </w:tr>
    </w:tbl>
    <w:p w14:paraId="0AB5267D" w14:textId="77777777" w:rsidR="001D5AA3" w:rsidRDefault="00000000">
      <w:r>
        <w:br w:type="page"/>
      </w:r>
    </w:p>
    <w:p w14:paraId="6292529D" w14:textId="77777777" w:rsidR="001D5AA3" w:rsidRDefault="00000000">
      <w:pPr>
        <w:pStyle w:val="Heading1"/>
      </w:pPr>
      <w:r>
        <w:lastRenderedPageBreak/>
        <w:t>Section 7: Bank details</w:t>
      </w:r>
    </w:p>
    <w:p w14:paraId="22783CA2" w14:textId="77777777" w:rsidR="001D5AA3" w:rsidRDefault="00000000">
      <w:r>
        <w:t>Please provide the bank or building society account details into which the grant should be paid if the application is successful. The account should normally be in the name of the applicant organisation or an approved accountable body.</w:t>
      </w:r>
    </w:p>
    <w:tbl>
      <w:tblPr>
        <w:tblW w:w="0" w:type="auto"/>
        <w:jc w:val="center"/>
        <w:tblLayout w:type="fixed"/>
        <w:tblLook w:val="04A0" w:firstRow="1" w:lastRow="0" w:firstColumn="1" w:lastColumn="0" w:noHBand="0" w:noVBand="1"/>
      </w:tblPr>
      <w:tblGrid>
        <w:gridCol w:w="9423"/>
        <w:gridCol w:w="369"/>
      </w:tblGrid>
      <w:tr w:rsidR="001D5AA3" w14:paraId="484B522E" w14:textId="77777777" w:rsidTr="00C53CD2">
        <w:trPr>
          <w:trHeight w:val="749"/>
          <w:jc w:val="center"/>
        </w:trPr>
        <w:tc>
          <w:tcPr>
            <w:tcW w:w="9423" w:type="dxa"/>
            <w:shd w:val="clear" w:color="auto" w:fill="EAF2F8"/>
            <w:tcMar>
              <w:top w:w="90" w:type="dxa"/>
              <w:left w:w="110" w:type="dxa"/>
              <w:bottom w:w="90" w:type="dxa"/>
              <w:right w:w="110" w:type="dxa"/>
            </w:tcMar>
            <w:vAlign w:val="center"/>
          </w:tcPr>
          <w:p w14:paraId="79BAE665" w14:textId="77777777" w:rsidR="001D5AA3" w:rsidRDefault="00000000">
            <w:r>
              <w:rPr>
                <w:b/>
                <w:sz w:val="19"/>
              </w:rPr>
              <w:t>29. Name of bank or building society</w:t>
            </w:r>
          </w:p>
        </w:tc>
        <w:tc>
          <w:tcPr>
            <w:tcW w:w="369" w:type="dxa"/>
            <w:tcMar>
              <w:top w:w="90" w:type="dxa"/>
              <w:left w:w="110" w:type="dxa"/>
              <w:bottom w:w="90" w:type="dxa"/>
              <w:right w:w="110" w:type="dxa"/>
            </w:tcMar>
            <w:vAlign w:val="center"/>
          </w:tcPr>
          <w:p w14:paraId="12259ED7" w14:textId="77777777" w:rsidR="001D5AA3" w:rsidRDefault="001D5AA3"/>
        </w:tc>
      </w:tr>
      <w:tr w:rsidR="001D5AA3" w14:paraId="6B93BD21" w14:textId="77777777" w:rsidTr="00C53CD2">
        <w:trPr>
          <w:trHeight w:val="749"/>
          <w:jc w:val="center"/>
        </w:trPr>
        <w:tc>
          <w:tcPr>
            <w:tcW w:w="9423" w:type="dxa"/>
            <w:shd w:val="clear" w:color="auto" w:fill="EAF2F8"/>
            <w:tcMar>
              <w:top w:w="90" w:type="dxa"/>
              <w:left w:w="110" w:type="dxa"/>
              <w:bottom w:w="90" w:type="dxa"/>
              <w:right w:w="110" w:type="dxa"/>
            </w:tcMar>
            <w:vAlign w:val="center"/>
          </w:tcPr>
          <w:p w14:paraId="0C9C91C5" w14:textId="77777777" w:rsidR="001D5AA3" w:rsidRDefault="00000000">
            <w:r>
              <w:rPr>
                <w:b/>
                <w:sz w:val="19"/>
              </w:rPr>
              <w:t>30. Name on the account</w:t>
            </w:r>
          </w:p>
        </w:tc>
        <w:tc>
          <w:tcPr>
            <w:tcW w:w="369" w:type="dxa"/>
            <w:tcMar>
              <w:top w:w="90" w:type="dxa"/>
              <w:left w:w="110" w:type="dxa"/>
              <w:bottom w:w="90" w:type="dxa"/>
              <w:right w:w="110" w:type="dxa"/>
            </w:tcMar>
            <w:vAlign w:val="center"/>
          </w:tcPr>
          <w:p w14:paraId="6D90EAFC" w14:textId="77777777" w:rsidR="001D5AA3" w:rsidRDefault="001D5AA3"/>
        </w:tc>
      </w:tr>
      <w:tr w:rsidR="001D5AA3" w14:paraId="6488F0E7" w14:textId="77777777" w:rsidTr="00C53CD2">
        <w:trPr>
          <w:trHeight w:val="749"/>
          <w:jc w:val="center"/>
        </w:trPr>
        <w:tc>
          <w:tcPr>
            <w:tcW w:w="9423" w:type="dxa"/>
            <w:shd w:val="clear" w:color="auto" w:fill="EAF2F8"/>
            <w:tcMar>
              <w:top w:w="90" w:type="dxa"/>
              <w:left w:w="110" w:type="dxa"/>
              <w:bottom w:w="90" w:type="dxa"/>
              <w:right w:w="110" w:type="dxa"/>
            </w:tcMar>
            <w:vAlign w:val="center"/>
          </w:tcPr>
          <w:p w14:paraId="1DCB974C" w14:textId="77777777" w:rsidR="001D5AA3" w:rsidRDefault="00000000">
            <w:r>
              <w:rPr>
                <w:b/>
                <w:sz w:val="19"/>
              </w:rPr>
              <w:t>31. Sort code</w:t>
            </w:r>
          </w:p>
        </w:tc>
        <w:tc>
          <w:tcPr>
            <w:tcW w:w="369" w:type="dxa"/>
            <w:tcMar>
              <w:top w:w="90" w:type="dxa"/>
              <w:left w:w="110" w:type="dxa"/>
              <w:bottom w:w="90" w:type="dxa"/>
              <w:right w:w="110" w:type="dxa"/>
            </w:tcMar>
            <w:vAlign w:val="center"/>
          </w:tcPr>
          <w:p w14:paraId="2677FF46" w14:textId="77777777" w:rsidR="001D5AA3" w:rsidRDefault="001D5AA3"/>
        </w:tc>
      </w:tr>
      <w:tr w:rsidR="001D5AA3" w14:paraId="36FBDD9A" w14:textId="77777777" w:rsidTr="00C53CD2">
        <w:trPr>
          <w:trHeight w:val="749"/>
          <w:jc w:val="center"/>
        </w:trPr>
        <w:tc>
          <w:tcPr>
            <w:tcW w:w="9423" w:type="dxa"/>
            <w:shd w:val="clear" w:color="auto" w:fill="EAF2F8"/>
            <w:tcMar>
              <w:top w:w="90" w:type="dxa"/>
              <w:left w:w="110" w:type="dxa"/>
              <w:bottom w:w="90" w:type="dxa"/>
              <w:right w:w="110" w:type="dxa"/>
            </w:tcMar>
            <w:vAlign w:val="center"/>
          </w:tcPr>
          <w:p w14:paraId="748EAAE7" w14:textId="77777777" w:rsidR="001D5AA3" w:rsidRDefault="00000000">
            <w:r>
              <w:rPr>
                <w:b/>
                <w:sz w:val="19"/>
              </w:rPr>
              <w:t>32. Account number</w:t>
            </w:r>
          </w:p>
        </w:tc>
        <w:tc>
          <w:tcPr>
            <w:tcW w:w="369" w:type="dxa"/>
            <w:tcMar>
              <w:top w:w="90" w:type="dxa"/>
              <w:left w:w="110" w:type="dxa"/>
              <w:bottom w:w="90" w:type="dxa"/>
              <w:right w:w="110" w:type="dxa"/>
            </w:tcMar>
            <w:vAlign w:val="center"/>
          </w:tcPr>
          <w:p w14:paraId="203F49B8" w14:textId="77777777" w:rsidR="001D5AA3" w:rsidRDefault="001D5AA3"/>
        </w:tc>
      </w:tr>
      <w:tr w:rsidR="001D5AA3" w14:paraId="3142B5C1" w14:textId="77777777" w:rsidTr="00C53CD2">
        <w:trPr>
          <w:trHeight w:val="749"/>
          <w:jc w:val="center"/>
        </w:trPr>
        <w:tc>
          <w:tcPr>
            <w:tcW w:w="9423" w:type="dxa"/>
            <w:shd w:val="clear" w:color="auto" w:fill="EAF2F8"/>
            <w:tcMar>
              <w:top w:w="90" w:type="dxa"/>
              <w:left w:w="110" w:type="dxa"/>
              <w:bottom w:w="90" w:type="dxa"/>
              <w:right w:w="110" w:type="dxa"/>
            </w:tcMar>
            <w:vAlign w:val="center"/>
          </w:tcPr>
          <w:p w14:paraId="77713AE7" w14:textId="77777777" w:rsidR="001D5AA3" w:rsidRDefault="00000000">
            <w:r>
              <w:rPr>
                <w:b/>
                <w:sz w:val="19"/>
              </w:rPr>
              <w:t>33. Building society roll number (if applicable)</w:t>
            </w:r>
          </w:p>
        </w:tc>
        <w:tc>
          <w:tcPr>
            <w:tcW w:w="369" w:type="dxa"/>
            <w:tcMar>
              <w:top w:w="90" w:type="dxa"/>
              <w:left w:w="110" w:type="dxa"/>
              <w:bottom w:w="90" w:type="dxa"/>
              <w:right w:w="110" w:type="dxa"/>
            </w:tcMar>
            <w:vAlign w:val="center"/>
          </w:tcPr>
          <w:p w14:paraId="4DEDA794" w14:textId="77777777" w:rsidR="001D5AA3" w:rsidRDefault="001D5AA3"/>
        </w:tc>
      </w:tr>
    </w:tbl>
    <w:p w14:paraId="6743708C" w14:textId="77777777" w:rsidR="001D5AA3" w:rsidRDefault="00000000">
      <w:r>
        <w:rPr>
          <w:b/>
        </w:rPr>
        <w:t>34. If the account belongs to an accountable body or another established organisation, please provide the organisation name and main contact details.</w:t>
      </w:r>
    </w:p>
    <w:tbl>
      <w:tblPr>
        <w:tblW w:w="0" w:type="auto"/>
        <w:jc w:val="center"/>
        <w:tblLook w:val="04A0" w:firstRow="1" w:lastRow="0" w:firstColumn="1" w:lastColumn="0" w:noHBand="0" w:noVBand="1"/>
      </w:tblPr>
      <w:tblGrid>
        <w:gridCol w:w="10224"/>
      </w:tblGrid>
      <w:tr w:rsidR="001D5AA3" w14:paraId="58E251A7" w14:textId="77777777">
        <w:trPr>
          <w:jc w:val="center"/>
        </w:trPr>
        <w:tc>
          <w:tcPr>
            <w:tcW w:w="10224" w:type="dxa"/>
            <w:tcMar>
              <w:top w:w="120" w:type="dxa"/>
              <w:left w:w="120" w:type="dxa"/>
              <w:bottom w:w="120" w:type="dxa"/>
              <w:right w:w="120" w:type="dxa"/>
            </w:tcMar>
          </w:tcPr>
          <w:p w14:paraId="214196FC" w14:textId="77777777" w:rsidR="001D5AA3" w:rsidRDefault="00000000">
            <w:pPr>
              <w:spacing w:after="80"/>
            </w:pPr>
            <w:r>
              <w:rPr>
                <w:sz w:val="19"/>
              </w:rPr>
              <w:t>________________________________________________________________________________</w:t>
            </w:r>
          </w:p>
          <w:p w14:paraId="6C49F924" w14:textId="77777777" w:rsidR="001D5AA3" w:rsidRDefault="00000000">
            <w:pPr>
              <w:spacing w:after="80"/>
            </w:pPr>
            <w:r>
              <w:rPr>
                <w:sz w:val="19"/>
              </w:rPr>
              <w:t>________________________________________________________________________________</w:t>
            </w:r>
          </w:p>
          <w:p w14:paraId="6CE7D1BC" w14:textId="77777777" w:rsidR="001D5AA3" w:rsidRDefault="00000000">
            <w:pPr>
              <w:spacing w:after="80"/>
            </w:pPr>
            <w:r>
              <w:rPr>
                <w:sz w:val="19"/>
              </w:rPr>
              <w:t>________________________________________________________________________________</w:t>
            </w:r>
          </w:p>
          <w:p w14:paraId="14661CA6" w14:textId="77777777" w:rsidR="001D5AA3" w:rsidRDefault="00000000">
            <w:pPr>
              <w:spacing w:after="80"/>
            </w:pPr>
            <w:r>
              <w:rPr>
                <w:sz w:val="19"/>
              </w:rPr>
              <w:t>________________________________________________________________________________</w:t>
            </w:r>
          </w:p>
          <w:p w14:paraId="2C65CFD1" w14:textId="77777777" w:rsidR="001D5AA3" w:rsidRDefault="00000000">
            <w:pPr>
              <w:spacing w:after="80"/>
            </w:pPr>
            <w:r>
              <w:rPr>
                <w:sz w:val="19"/>
              </w:rPr>
              <w:t>________________________________________________________________________________</w:t>
            </w:r>
          </w:p>
        </w:tc>
      </w:tr>
    </w:tbl>
    <w:p w14:paraId="7D634D81" w14:textId="77777777" w:rsidR="001D5AA3" w:rsidRDefault="00000000">
      <w:r>
        <w:rPr>
          <w:i/>
        </w:rPr>
        <w:t>Bank details will be used only for administering and paying any grant awarded.</w:t>
      </w:r>
    </w:p>
    <w:p w14:paraId="65A145E5" w14:textId="77777777" w:rsidR="001D5AA3" w:rsidRDefault="00000000">
      <w:r>
        <w:br w:type="page"/>
      </w:r>
    </w:p>
    <w:p w14:paraId="77036217" w14:textId="77777777" w:rsidR="001D5AA3" w:rsidRDefault="00000000">
      <w:pPr>
        <w:pStyle w:val="Heading1"/>
      </w:pPr>
      <w:r>
        <w:lastRenderedPageBreak/>
        <w:t>Section 8: Monitoring and reporting</w:t>
      </w:r>
    </w:p>
    <w:p w14:paraId="57D70EE1" w14:textId="77777777" w:rsidR="001D5AA3" w:rsidRDefault="00000000">
      <w:r>
        <w:t>Successful applicants will be required to provide proportionate evidence showing that the activity took place, how the funding was spent and what outcomes were achieved.</w:t>
      </w:r>
    </w:p>
    <w:p w14:paraId="7062B7C2" w14:textId="77777777" w:rsidR="001D5AA3" w:rsidRDefault="00000000">
      <w:pPr>
        <w:spacing w:before="100" w:after="80"/>
      </w:pPr>
      <w:r>
        <w:rPr>
          <w:b/>
          <w:color w:val="17365D"/>
        </w:rPr>
        <w:t>35. How will you measure whether the activity has been successful?</w:t>
      </w:r>
    </w:p>
    <w:p w14:paraId="16308E82" w14:textId="77777777" w:rsidR="001D5AA3" w:rsidRDefault="00000000">
      <w:pPr>
        <w:pStyle w:val="FormNote"/>
      </w:pPr>
      <w:r>
        <w:t>Maximum 400 words. Please identify the information you will collect.</w:t>
      </w:r>
    </w:p>
    <w:tbl>
      <w:tblPr>
        <w:tblW w:w="0" w:type="auto"/>
        <w:jc w:val="center"/>
        <w:tblLook w:val="04A0" w:firstRow="1" w:lastRow="0" w:firstColumn="1" w:lastColumn="0" w:noHBand="0" w:noVBand="1"/>
      </w:tblPr>
      <w:tblGrid>
        <w:gridCol w:w="10224"/>
      </w:tblGrid>
      <w:tr w:rsidR="001D5AA3" w14:paraId="66D2CD79" w14:textId="77777777">
        <w:trPr>
          <w:jc w:val="center"/>
        </w:trPr>
        <w:tc>
          <w:tcPr>
            <w:tcW w:w="10224" w:type="dxa"/>
            <w:tcMar>
              <w:top w:w="120" w:type="dxa"/>
              <w:left w:w="120" w:type="dxa"/>
              <w:bottom w:w="120" w:type="dxa"/>
              <w:right w:w="120" w:type="dxa"/>
            </w:tcMar>
          </w:tcPr>
          <w:p w14:paraId="5FD7BC9C" w14:textId="77777777" w:rsidR="001D5AA3" w:rsidRDefault="00000000">
            <w:pPr>
              <w:spacing w:after="80"/>
            </w:pPr>
            <w:r>
              <w:rPr>
                <w:sz w:val="19"/>
              </w:rPr>
              <w:t>________________________________________________________________________________</w:t>
            </w:r>
          </w:p>
          <w:p w14:paraId="726B8D07" w14:textId="77777777" w:rsidR="001D5AA3" w:rsidRDefault="00000000">
            <w:pPr>
              <w:spacing w:after="80"/>
            </w:pPr>
            <w:r>
              <w:rPr>
                <w:sz w:val="19"/>
              </w:rPr>
              <w:t>________________________________________________________________________________</w:t>
            </w:r>
          </w:p>
          <w:p w14:paraId="230E3603" w14:textId="77777777" w:rsidR="001D5AA3" w:rsidRDefault="00000000">
            <w:pPr>
              <w:spacing w:after="80"/>
            </w:pPr>
            <w:r>
              <w:rPr>
                <w:sz w:val="19"/>
              </w:rPr>
              <w:t>________________________________________________________________________________</w:t>
            </w:r>
          </w:p>
          <w:p w14:paraId="733ADD4A" w14:textId="77777777" w:rsidR="001D5AA3" w:rsidRDefault="00000000">
            <w:pPr>
              <w:spacing w:after="80"/>
            </w:pPr>
            <w:r>
              <w:rPr>
                <w:sz w:val="19"/>
              </w:rPr>
              <w:t>________________________________________________________________________________</w:t>
            </w:r>
          </w:p>
          <w:p w14:paraId="344855AC" w14:textId="77777777" w:rsidR="001D5AA3" w:rsidRDefault="00000000">
            <w:pPr>
              <w:spacing w:after="80"/>
            </w:pPr>
            <w:r>
              <w:rPr>
                <w:sz w:val="19"/>
              </w:rPr>
              <w:t>________________________________________________________________________________</w:t>
            </w:r>
          </w:p>
          <w:p w14:paraId="560B6FA4" w14:textId="77777777" w:rsidR="001D5AA3" w:rsidRDefault="00000000">
            <w:pPr>
              <w:spacing w:after="80"/>
            </w:pPr>
            <w:r>
              <w:rPr>
                <w:sz w:val="19"/>
              </w:rPr>
              <w:t>________________________________________________________________________________</w:t>
            </w:r>
          </w:p>
          <w:p w14:paraId="0FC6BD59" w14:textId="77777777" w:rsidR="001D5AA3" w:rsidRDefault="00000000">
            <w:pPr>
              <w:spacing w:after="80"/>
            </w:pPr>
            <w:r>
              <w:rPr>
                <w:sz w:val="19"/>
              </w:rPr>
              <w:t>________________________________________________________________________________</w:t>
            </w:r>
          </w:p>
          <w:p w14:paraId="565ABFD8" w14:textId="77777777" w:rsidR="001D5AA3" w:rsidRDefault="00000000">
            <w:pPr>
              <w:spacing w:after="80"/>
            </w:pPr>
            <w:r>
              <w:rPr>
                <w:sz w:val="19"/>
              </w:rPr>
              <w:t>________________________________________________________________________________</w:t>
            </w:r>
          </w:p>
          <w:p w14:paraId="727EAA5E" w14:textId="77777777" w:rsidR="001D5AA3" w:rsidRDefault="00000000">
            <w:pPr>
              <w:spacing w:after="80"/>
            </w:pPr>
            <w:r>
              <w:rPr>
                <w:sz w:val="19"/>
              </w:rPr>
              <w:t>________________________________________________________________________________</w:t>
            </w:r>
          </w:p>
          <w:p w14:paraId="005ABD61" w14:textId="77777777" w:rsidR="001D5AA3" w:rsidRDefault="00000000">
            <w:pPr>
              <w:spacing w:after="80"/>
            </w:pPr>
            <w:r>
              <w:rPr>
                <w:sz w:val="19"/>
              </w:rPr>
              <w:t>________________________________________________________________________________</w:t>
            </w:r>
          </w:p>
          <w:p w14:paraId="341FF500" w14:textId="77777777" w:rsidR="001D5AA3" w:rsidRDefault="00000000">
            <w:pPr>
              <w:spacing w:after="80"/>
            </w:pPr>
            <w:r>
              <w:rPr>
                <w:sz w:val="19"/>
              </w:rPr>
              <w:t>________________________________________________________________________________</w:t>
            </w:r>
          </w:p>
          <w:p w14:paraId="4906D4C5" w14:textId="77777777" w:rsidR="001D5AA3" w:rsidRDefault="00000000">
            <w:pPr>
              <w:spacing w:after="80"/>
            </w:pPr>
            <w:r>
              <w:rPr>
                <w:sz w:val="19"/>
              </w:rPr>
              <w:t>________________________________________________________________________________</w:t>
            </w:r>
          </w:p>
          <w:p w14:paraId="261D74A4" w14:textId="77777777" w:rsidR="001D5AA3" w:rsidRDefault="00000000">
            <w:pPr>
              <w:spacing w:after="80"/>
            </w:pPr>
            <w:r>
              <w:rPr>
                <w:sz w:val="19"/>
              </w:rPr>
              <w:t>________________________________________________________________________________</w:t>
            </w:r>
          </w:p>
          <w:p w14:paraId="531080B5" w14:textId="77777777" w:rsidR="001D5AA3" w:rsidRDefault="00000000">
            <w:pPr>
              <w:spacing w:after="80"/>
            </w:pPr>
            <w:r>
              <w:rPr>
                <w:sz w:val="19"/>
              </w:rPr>
              <w:t>________________________________________________________________________________</w:t>
            </w:r>
          </w:p>
          <w:p w14:paraId="3B268462" w14:textId="77777777" w:rsidR="001D5AA3" w:rsidRDefault="00000000">
            <w:pPr>
              <w:spacing w:after="80"/>
            </w:pPr>
            <w:r>
              <w:rPr>
                <w:sz w:val="19"/>
              </w:rPr>
              <w:t>________________________________________________________________________________</w:t>
            </w:r>
          </w:p>
          <w:p w14:paraId="4FB17B44" w14:textId="77777777" w:rsidR="001D5AA3" w:rsidRDefault="00000000">
            <w:pPr>
              <w:spacing w:after="80"/>
            </w:pPr>
            <w:r>
              <w:rPr>
                <w:sz w:val="19"/>
              </w:rPr>
              <w:t>________________________________________________________________________________</w:t>
            </w:r>
          </w:p>
        </w:tc>
      </w:tr>
    </w:tbl>
    <w:p w14:paraId="402178C4" w14:textId="77777777" w:rsidR="001D5AA3" w:rsidRDefault="00000000">
      <w:r>
        <w:rPr>
          <w:b/>
        </w:rPr>
        <w:t>36. If successful, can your organisation provide the following evidence? Tick each box to confirm.</w:t>
      </w:r>
    </w:p>
    <w:p w14:paraId="5F22E0ED" w14:textId="77777777" w:rsidR="001D5AA3" w:rsidRDefault="00000000">
      <w:pPr>
        <w:spacing w:after="60"/>
        <w:ind w:left="259"/>
      </w:pPr>
      <w:r>
        <w:rPr>
          <w:sz w:val="26"/>
        </w:rPr>
        <w:t xml:space="preserve">☐  </w:t>
      </w:r>
      <w:r>
        <w:t>Number of people supported</w:t>
      </w:r>
    </w:p>
    <w:p w14:paraId="581BC940" w14:textId="77777777" w:rsidR="001D5AA3" w:rsidRDefault="00000000">
      <w:pPr>
        <w:spacing w:after="60"/>
        <w:ind w:left="259"/>
      </w:pPr>
      <w:r>
        <w:rPr>
          <w:sz w:val="26"/>
        </w:rPr>
        <w:t xml:space="preserve">☐  </w:t>
      </w:r>
      <w:r>
        <w:t>Brief description of the activities delivered</w:t>
      </w:r>
    </w:p>
    <w:p w14:paraId="3D047E55" w14:textId="77777777" w:rsidR="001D5AA3" w:rsidRDefault="00000000">
      <w:pPr>
        <w:spacing w:after="60"/>
        <w:ind w:left="259"/>
      </w:pPr>
      <w:r>
        <w:rPr>
          <w:sz w:val="26"/>
        </w:rPr>
        <w:t xml:space="preserve">☐  </w:t>
      </w:r>
      <w:r>
        <w:t>Evidence of outcomes achieved</w:t>
      </w:r>
    </w:p>
    <w:p w14:paraId="706F53CD" w14:textId="77777777" w:rsidR="001D5AA3" w:rsidRDefault="00000000">
      <w:pPr>
        <w:spacing w:after="60"/>
        <w:ind w:left="259"/>
      </w:pPr>
      <w:r>
        <w:rPr>
          <w:sz w:val="26"/>
        </w:rPr>
        <w:t xml:space="preserve">☐  </w:t>
      </w:r>
      <w:r>
        <w:t>Participant feedback and/or short case studies</w:t>
      </w:r>
    </w:p>
    <w:p w14:paraId="79EEBFE7" w14:textId="77777777" w:rsidR="001D5AA3" w:rsidRDefault="00000000">
      <w:pPr>
        <w:spacing w:after="60"/>
        <w:ind w:left="259"/>
      </w:pPr>
      <w:r>
        <w:rPr>
          <w:sz w:val="26"/>
        </w:rPr>
        <w:t xml:space="preserve">☐  </w:t>
      </w:r>
      <w:r>
        <w:t>Photographs, where appropriate and with the necessary consent</w:t>
      </w:r>
    </w:p>
    <w:p w14:paraId="5744F86D" w14:textId="77777777" w:rsidR="001D5AA3" w:rsidRDefault="00000000">
      <w:pPr>
        <w:spacing w:after="60"/>
        <w:ind w:left="259"/>
      </w:pPr>
      <w:r>
        <w:rPr>
          <w:sz w:val="26"/>
        </w:rPr>
        <w:t xml:space="preserve">☐  </w:t>
      </w:r>
      <w:r>
        <w:t>Receipts, invoices or other evidence of expenditure</w:t>
      </w:r>
    </w:p>
    <w:p w14:paraId="0BFB6304" w14:textId="77777777" w:rsidR="001D5AA3" w:rsidRDefault="00000000">
      <w:pPr>
        <w:spacing w:after="60"/>
        <w:ind w:left="259"/>
      </w:pPr>
      <w:r>
        <w:rPr>
          <w:sz w:val="26"/>
        </w:rPr>
        <w:t xml:space="preserve">☐  </w:t>
      </w:r>
      <w:r>
        <w:t>A completed monitoring return by the deadline set by Lancaster City Council</w:t>
      </w:r>
    </w:p>
    <w:p w14:paraId="22AA1C62" w14:textId="77777777" w:rsidR="00C53CD2" w:rsidRDefault="00C53CD2">
      <w:pPr>
        <w:spacing w:after="60"/>
        <w:ind w:left="259"/>
      </w:pPr>
    </w:p>
    <w:p w14:paraId="390D2BA0" w14:textId="77777777" w:rsidR="00C53CD2" w:rsidRDefault="00C53CD2">
      <w:pPr>
        <w:spacing w:after="60"/>
        <w:ind w:left="259"/>
      </w:pPr>
    </w:p>
    <w:p w14:paraId="06CF4CDB" w14:textId="77777777" w:rsidR="00C53CD2" w:rsidRDefault="00C53CD2">
      <w:pPr>
        <w:spacing w:after="60"/>
        <w:ind w:left="259"/>
      </w:pPr>
    </w:p>
    <w:p w14:paraId="551FDD56" w14:textId="77777777" w:rsidR="00C53CD2" w:rsidRDefault="00C53CD2">
      <w:pPr>
        <w:spacing w:after="60"/>
        <w:ind w:left="259"/>
      </w:pPr>
    </w:p>
    <w:p w14:paraId="461235C4" w14:textId="77777777" w:rsidR="001D5AA3" w:rsidRDefault="00000000">
      <w:r>
        <w:rPr>
          <w:b/>
        </w:rPr>
        <w:lastRenderedPageBreak/>
        <w:t>37. Name of the person responsible for completing the monitoring return:</w:t>
      </w:r>
    </w:p>
    <w:tbl>
      <w:tblPr>
        <w:tblW w:w="0" w:type="auto"/>
        <w:jc w:val="center"/>
        <w:tblLook w:val="04A0" w:firstRow="1" w:lastRow="0" w:firstColumn="1" w:lastColumn="0" w:noHBand="0" w:noVBand="1"/>
      </w:tblPr>
      <w:tblGrid>
        <w:gridCol w:w="10224"/>
      </w:tblGrid>
      <w:tr w:rsidR="001D5AA3" w14:paraId="2F6D48ED" w14:textId="77777777">
        <w:trPr>
          <w:jc w:val="center"/>
        </w:trPr>
        <w:tc>
          <w:tcPr>
            <w:tcW w:w="10224" w:type="dxa"/>
            <w:tcMar>
              <w:top w:w="120" w:type="dxa"/>
              <w:left w:w="120" w:type="dxa"/>
              <w:bottom w:w="120" w:type="dxa"/>
              <w:right w:w="120" w:type="dxa"/>
            </w:tcMar>
          </w:tcPr>
          <w:p w14:paraId="43A58B93" w14:textId="77777777" w:rsidR="001D5AA3" w:rsidRDefault="00000000">
            <w:pPr>
              <w:spacing w:after="80"/>
            </w:pPr>
            <w:r>
              <w:rPr>
                <w:sz w:val="19"/>
              </w:rPr>
              <w:t>________________________________________________________________________________</w:t>
            </w:r>
          </w:p>
          <w:p w14:paraId="40E86B68" w14:textId="77777777" w:rsidR="001D5AA3" w:rsidRDefault="00000000">
            <w:pPr>
              <w:spacing w:after="80"/>
            </w:pPr>
            <w:r>
              <w:rPr>
                <w:sz w:val="19"/>
              </w:rPr>
              <w:t>________________________________________________________________________________</w:t>
            </w:r>
          </w:p>
        </w:tc>
      </w:tr>
    </w:tbl>
    <w:p w14:paraId="0E938544" w14:textId="79D3DD6A" w:rsidR="001D5AA3" w:rsidRDefault="001D5AA3"/>
    <w:p w14:paraId="4C6C3B06" w14:textId="77777777" w:rsidR="001D5AA3" w:rsidRDefault="00000000">
      <w:pPr>
        <w:pStyle w:val="Heading1"/>
      </w:pPr>
      <w:r>
        <w:t>Section 9: Declaration</w:t>
      </w:r>
    </w:p>
    <w:p w14:paraId="6F212D4B" w14:textId="77777777" w:rsidR="001D5AA3" w:rsidRDefault="00000000">
      <w:r>
        <w:t>Please tick each box and sign the declaration.</w:t>
      </w:r>
    </w:p>
    <w:p w14:paraId="66D38776" w14:textId="77777777" w:rsidR="001D5AA3" w:rsidRDefault="00000000">
      <w:pPr>
        <w:spacing w:after="60"/>
        <w:ind w:left="259"/>
      </w:pPr>
      <w:r>
        <w:rPr>
          <w:sz w:val="26"/>
        </w:rPr>
        <w:t xml:space="preserve">☐  </w:t>
      </w:r>
      <w:r>
        <w:t>The information in this application is accurate to the best of my knowledge.</w:t>
      </w:r>
    </w:p>
    <w:p w14:paraId="5C00A563" w14:textId="77777777" w:rsidR="001D5AA3" w:rsidRDefault="00000000">
      <w:pPr>
        <w:spacing w:after="60"/>
        <w:ind w:left="259"/>
      </w:pPr>
      <w:r>
        <w:rPr>
          <w:sz w:val="26"/>
        </w:rPr>
        <w:t xml:space="preserve">☐  </w:t>
      </w:r>
      <w:r>
        <w:t>Any grant awarded will be used only for the activity and costs approved by Lancaster City Council.</w:t>
      </w:r>
    </w:p>
    <w:p w14:paraId="1FD5B9E8" w14:textId="77777777" w:rsidR="001D5AA3" w:rsidRDefault="00000000">
      <w:pPr>
        <w:spacing w:after="60"/>
        <w:ind w:left="259"/>
      </w:pPr>
      <w:r>
        <w:rPr>
          <w:sz w:val="26"/>
        </w:rPr>
        <w:t xml:space="preserve">☐  </w:t>
      </w:r>
      <w:r>
        <w:t>The organisation will keep receipts, invoices and other appropriate records of expenditure.</w:t>
      </w:r>
    </w:p>
    <w:p w14:paraId="6549C52F" w14:textId="77777777" w:rsidR="001D5AA3" w:rsidRDefault="00000000">
      <w:pPr>
        <w:spacing w:after="60"/>
        <w:ind w:left="259"/>
      </w:pPr>
      <w:r>
        <w:rPr>
          <w:sz w:val="26"/>
        </w:rPr>
        <w:t xml:space="preserve">☐  </w:t>
      </w:r>
      <w:r>
        <w:t>The organisation agrees to provide monitoring information and evidence requested by Lancaster City Council.</w:t>
      </w:r>
    </w:p>
    <w:p w14:paraId="5A1E75FD" w14:textId="77777777" w:rsidR="001D5AA3" w:rsidRDefault="00000000">
      <w:pPr>
        <w:spacing w:after="60"/>
        <w:ind w:left="259"/>
      </w:pPr>
      <w:r>
        <w:rPr>
          <w:sz w:val="26"/>
        </w:rPr>
        <w:t xml:space="preserve">☐  </w:t>
      </w:r>
      <w:r>
        <w:t>The organisation understands that funding may be withheld or reclaimed if it is not used for the approved purpose or the required evidence is not provided.</w:t>
      </w:r>
    </w:p>
    <w:p w14:paraId="5DA1438D" w14:textId="77777777" w:rsidR="001D5AA3" w:rsidRDefault="00000000">
      <w:pPr>
        <w:spacing w:after="60"/>
        <w:ind w:left="259"/>
      </w:pPr>
      <w:r>
        <w:rPr>
          <w:sz w:val="26"/>
        </w:rPr>
        <w:t xml:space="preserve">☐  </w:t>
      </w:r>
      <w:r>
        <w:t>The organisation has the necessary safeguarding, insurance and other arrangements required to deliver the proposed activity, where applicable.</w:t>
      </w:r>
    </w:p>
    <w:p w14:paraId="0EA94D7F" w14:textId="77777777" w:rsidR="001D5AA3" w:rsidRDefault="00000000">
      <w:pPr>
        <w:spacing w:after="60"/>
        <w:ind w:left="259"/>
      </w:pPr>
      <w:r>
        <w:rPr>
          <w:sz w:val="26"/>
        </w:rPr>
        <w:t xml:space="preserve">☐  </w:t>
      </w:r>
      <w:r>
        <w:t>The organisation agrees that Lancaster City Council may connect us with other organisations that have been successful in securing CRF funding and may publicise the support or activity our organisation is offering.</w:t>
      </w:r>
    </w:p>
    <w:p w14:paraId="100EA960" w14:textId="77777777" w:rsidR="001D5AA3" w:rsidRDefault="001D5AA3"/>
    <w:tbl>
      <w:tblPr>
        <w:tblW w:w="0" w:type="auto"/>
        <w:jc w:val="center"/>
        <w:tblLayout w:type="fixed"/>
        <w:tblLook w:val="04A0" w:firstRow="1" w:lastRow="0" w:firstColumn="1" w:lastColumn="0" w:noHBand="0" w:noVBand="1"/>
      </w:tblPr>
      <w:tblGrid>
        <w:gridCol w:w="9553"/>
        <w:gridCol w:w="240"/>
      </w:tblGrid>
      <w:tr w:rsidR="001D5AA3" w14:paraId="6E416C40" w14:textId="77777777" w:rsidTr="00C53CD2">
        <w:trPr>
          <w:trHeight w:val="749"/>
          <w:jc w:val="center"/>
        </w:trPr>
        <w:tc>
          <w:tcPr>
            <w:tcW w:w="9553" w:type="dxa"/>
            <w:shd w:val="clear" w:color="auto" w:fill="EAF2F8"/>
            <w:tcMar>
              <w:top w:w="90" w:type="dxa"/>
              <w:left w:w="110" w:type="dxa"/>
              <w:bottom w:w="90" w:type="dxa"/>
              <w:right w:w="110" w:type="dxa"/>
            </w:tcMar>
            <w:vAlign w:val="center"/>
          </w:tcPr>
          <w:p w14:paraId="1D84901C" w14:textId="77777777" w:rsidR="001D5AA3" w:rsidRDefault="00000000">
            <w:r>
              <w:rPr>
                <w:b/>
                <w:sz w:val="19"/>
              </w:rPr>
              <w:t>Name</w:t>
            </w:r>
          </w:p>
        </w:tc>
        <w:tc>
          <w:tcPr>
            <w:tcW w:w="240" w:type="dxa"/>
            <w:tcMar>
              <w:top w:w="90" w:type="dxa"/>
              <w:left w:w="110" w:type="dxa"/>
              <w:bottom w:w="90" w:type="dxa"/>
              <w:right w:w="110" w:type="dxa"/>
            </w:tcMar>
            <w:vAlign w:val="center"/>
          </w:tcPr>
          <w:p w14:paraId="0199398C" w14:textId="77777777" w:rsidR="001D5AA3" w:rsidRDefault="001D5AA3"/>
        </w:tc>
      </w:tr>
      <w:tr w:rsidR="001D5AA3" w14:paraId="0528305E" w14:textId="77777777" w:rsidTr="00C53CD2">
        <w:trPr>
          <w:trHeight w:val="749"/>
          <w:jc w:val="center"/>
        </w:trPr>
        <w:tc>
          <w:tcPr>
            <w:tcW w:w="9553" w:type="dxa"/>
            <w:shd w:val="clear" w:color="auto" w:fill="EAF2F8"/>
            <w:tcMar>
              <w:top w:w="90" w:type="dxa"/>
              <w:left w:w="110" w:type="dxa"/>
              <w:bottom w:w="90" w:type="dxa"/>
              <w:right w:w="110" w:type="dxa"/>
            </w:tcMar>
            <w:vAlign w:val="center"/>
          </w:tcPr>
          <w:p w14:paraId="5EE2BC86" w14:textId="77777777" w:rsidR="001D5AA3" w:rsidRDefault="00000000">
            <w:r>
              <w:rPr>
                <w:b/>
                <w:sz w:val="19"/>
              </w:rPr>
              <w:t>Position in organisation</w:t>
            </w:r>
          </w:p>
        </w:tc>
        <w:tc>
          <w:tcPr>
            <w:tcW w:w="240" w:type="dxa"/>
            <w:tcMar>
              <w:top w:w="90" w:type="dxa"/>
              <w:left w:w="110" w:type="dxa"/>
              <w:bottom w:w="90" w:type="dxa"/>
              <w:right w:w="110" w:type="dxa"/>
            </w:tcMar>
            <w:vAlign w:val="center"/>
          </w:tcPr>
          <w:p w14:paraId="3B674E00" w14:textId="77777777" w:rsidR="001D5AA3" w:rsidRDefault="001D5AA3"/>
        </w:tc>
      </w:tr>
      <w:tr w:rsidR="001D5AA3" w14:paraId="6EA15437" w14:textId="77777777" w:rsidTr="00C53CD2">
        <w:trPr>
          <w:trHeight w:val="893"/>
          <w:jc w:val="center"/>
        </w:trPr>
        <w:tc>
          <w:tcPr>
            <w:tcW w:w="9553" w:type="dxa"/>
            <w:shd w:val="clear" w:color="auto" w:fill="EAF2F8"/>
            <w:tcMar>
              <w:top w:w="90" w:type="dxa"/>
              <w:left w:w="110" w:type="dxa"/>
              <w:bottom w:w="90" w:type="dxa"/>
              <w:right w:w="110" w:type="dxa"/>
            </w:tcMar>
            <w:vAlign w:val="center"/>
          </w:tcPr>
          <w:p w14:paraId="71D43BDF" w14:textId="77777777" w:rsidR="001D5AA3" w:rsidRDefault="00000000">
            <w:r>
              <w:rPr>
                <w:b/>
                <w:sz w:val="19"/>
              </w:rPr>
              <w:t>Signature</w:t>
            </w:r>
          </w:p>
        </w:tc>
        <w:tc>
          <w:tcPr>
            <w:tcW w:w="240" w:type="dxa"/>
            <w:tcMar>
              <w:top w:w="90" w:type="dxa"/>
              <w:left w:w="110" w:type="dxa"/>
              <w:bottom w:w="90" w:type="dxa"/>
              <w:right w:w="110" w:type="dxa"/>
            </w:tcMar>
            <w:vAlign w:val="center"/>
          </w:tcPr>
          <w:p w14:paraId="7609BCEA" w14:textId="77777777" w:rsidR="001D5AA3" w:rsidRDefault="001D5AA3"/>
        </w:tc>
      </w:tr>
      <w:tr w:rsidR="001D5AA3" w14:paraId="4E2BEF15" w14:textId="77777777" w:rsidTr="00C53CD2">
        <w:trPr>
          <w:trHeight w:val="749"/>
          <w:jc w:val="center"/>
        </w:trPr>
        <w:tc>
          <w:tcPr>
            <w:tcW w:w="9553" w:type="dxa"/>
            <w:shd w:val="clear" w:color="auto" w:fill="EAF2F8"/>
            <w:tcMar>
              <w:top w:w="90" w:type="dxa"/>
              <w:left w:w="110" w:type="dxa"/>
              <w:bottom w:w="90" w:type="dxa"/>
              <w:right w:w="110" w:type="dxa"/>
            </w:tcMar>
            <w:vAlign w:val="center"/>
          </w:tcPr>
          <w:p w14:paraId="3E28C1E2" w14:textId="77777777" w:rsidR="001D5AA3" w:rsidRDefault="00000000">
            <w:r>
              <w:rPr>
                <w:b/>
                <w:sz w:val="19"/>
              </w:rPr>
              <w:t>Date</w:t>
            </w:r>
          </w:p>
        </w:tc>
        <w:tc>
          <w:tcPr>
            <w:tcW w:w="240" w:type="dxa"/>
            <w:tcMar>
              <w:top w:w="90" w:type="dxa"/>
              <w:left w:w="110" w:type="dxa"/>
              <w:bottom w:w="90" w:type="dxa"/>
              <w:right w:w="110" w:type="dxa"/>
            </w:tcMar>
            <w:vAlign w:val="center"/>
          </w:tcPr>
          <w:p w14:paraId="3CA2D757" w14:textId="77777777" w:rsidR="001D5AA3" w:rsidRDefault="001D5AA3"/>
        </w:tc>
      </w:tr>
    </w:tbl>
    <w:p w14:paraId="067FE79A" w14:textId="77777777" w:rsidR="001D5AA3" w:rsidRDefault="00000000">
      <w:pPr>
        <w:pStyle w:val="Heading1"/>
      </w:pPr>
      <w:r>
        <w:lastRenderedPageBreak/>
        <w:t>Submission checklist</w:t>
      </w:r>
    </w:p>
    <w:p w14:paraId="73E4B2CB" w14:textId="77777777" w:rsidR="001D5AA3" w:rsidRDefault="00000000">
      <w:pPr>
        <w:spacing w:after="60"/>
        <w:ind w:left="259"/>
      </w:pPr>
      <w:r>
        <w:rPr>
          <w:sz w:val="26"/>
        </w:rPr>
        <w:t xml:space="preserve">☐  </w:t>
      </w:r>
      <w:r>
        <w:t>All relevant questions have been completed.</w:t>
      </w:r>
    </w:p>
    <w:p w14:paraId="27AC0A43" w14:textId="77777777" w:rsidR="001D5AA3" w:rsidRDefault="00000000">
      <w:pPr>
        <w:spacing w:after="60"/>
        <w:ind w:left="259"/>
      </w:pPr>
      <w:r>
        <w:rPr>
          <w:sz w:val="26"/>
        </w:rPr>
        <w:t xml:space="preserve">☐  </w:t>
      </w:r>
      <w:r>
        <w:t>At least one CRF aim has been selected.</w:t>
      </w:r>
    </w:p>
    <w:p w14:paraId="0E127134" w14:textId="77777777" w:rsidR="001D5AA3" w:rsidRDefault="00000000">
      <w:pPr>
        <w:spacing w:after="60"/>
        <w:ind w:left="259"/>
      </w:pPr>
      <w:r>
        <w:rPr>
          <w:sz w:val="26"/>
        </w:rPr>
        <w:t xml:space="preserve">☐  </w:t>
      </w:r>
      <w:r>
        <w:t>A copy of the constitution or governing rules has been enclosed or arrangements for an accountable body have been discussed, where applicable.</w:t>
      </w:r>
    </w:p>
    <w:p w14:paraId="748D8897" w14:textId="77777777" w:rsidR="001D5AA3" w:rsidRDefault="00000000">
      <w:pPr>
        <w:spacing w:after="60"/>
        <w:ind w:left="259"/>
      </w:pPr>
      <w:r>
        <w:rPr>
          <w:sz w:val="26"/>
        </w:rPr>
        <w:t xml:space="preserve">☐  </w:t>
      </w:r>
      <w:r>
        <w:t>A full cost breakdown has been provided.</w:t>
      </w:r>
    </w:p>
    <w:p w14:paraId="74BE0B9A" w14:textId="77777777" w:rsidR="001D5AA3" w:rsidRDefault="00000000">
      <w:pPr>
        <w:spacing w:after="60"/>
        <w:ind w:left="259"/>
      </w:pPr>
      <w:r>
        <w:rPr>
          <w:sz w:val="26"/>
        </w:rPr>
        <w:t xml:space="preserve">☐  </w:t>
      </w:r>
      <w:r>
        <w:t>Copies of the health and safety, safeguarding, and equality and diversity policies are enclosed or their status has been explained.</w:t>
      </w:r>
    </w:p>
    <w:p w14:paraId="39D011CD" w14:textId="77777777" w:rsidR="001D5AA3" w:rsidRDefault="00000000">
      <w:pPr>
        <w:spacing w:after="60"/>
        <w:ind w:left="259"/>
      </w:pPr>
      <w:r>
        <w:rPr>
          <w:sz w:val="26"/>
        </w:rPr>
        <w:t xml:space="preserve">☐  </w:t>
      </w:r>
      <w:r>
        <w:t>The monitoring and reporting commitments have been confirmed.</w:t>
      </w:r>
    </w:p>
    <w:p w14:paraId="7E47ACE0" w14:textId="77777777" w:rsidR="001D5AA3" w:rsidRDefault="00000000">
      <w:pPr>
        <w:spacing w:after="60"/>
        <w:ind w:left="259"/>
      </w:pPr>
      <w:r>
        <w:rPr>
          <w:sz w:val="26"/>
        </w:rPr>
        <w:t xml:space="preserve">☐  </w:t>
      </w:r>
      <w:r>
        <w:t>The declaration has been signed and dated.</w:t>
      </w:r>
    </w:p>
    <w:p w14:paraId="1EC0118D" w14:textId="77777777" w:rsidR="001D5AA3" w:rsidRDefault="00000000">
      <w:pPr>
        <w:spacing w:before="240"/>
      </w:pPr>
      <w:r>
        <w:rPr>
          <w:b/>
          <w:color w:val="17365D"/>
        </w:rPr>
        <w:t>For office use only</w:t>
      </w:r>
    </w:p>
    <w:tbl>
      <w:tblPr>
        <w:tblW w:w="0" w:type="auto"/>
        <w:jc w:val="center"/>
        <w:tblLayout w:type="fixed"/>
        <w:tblLook w:val="04A0" w:firstRow="1" w:lastRow="0" w:firstColumn="1" w:lastColumn="0" w:noHBand="0" w:noVBand="1"/>
      </w:tblPr>
      <w:tblGrid>
        <w:gridCol w:w="9423"/>
        <w:gridCol w:w="369"/>
      </w:tblGrid>
      <w:tr w:rsidR="001D5AA3" w14:paraId="4A51BA3D" w14:textId="77777777" w:rsidTr="00C53CD2">
        <w:trPr>
          <w:trHeight w:val="648"/>
          <w:jc w:val="center"/>
        </w:trPr>
        <w:tc>
          <w:tcPr>
            <w:tcW w:w="9423" w:type="dxa"/>
            <w:shd w:val="clear" w:color="auto" w:fill="EAF2F8"/>
            <w:tcMar>
              <w:top w:w="90" w:type="dxa"/>
              <w:left w:w="110" w:type="dxa"/>
              <w:bottom w:w="90" w:type="dxa"/>
              <w:right w:w="110" w:type="dxa"/>
            </w:tcMar>
            <w:vAlign w:val="center"/>
          </w:tcPr>
          <w:p w14:paraId="496E1195" w14:textId="77777777" w:rsidR="001D5AA3" w:rsidRDefault="00000000">
            <w:r>
              <w:rPr>
                <w:b/>
                <w:sz w:val="19"/>
              </w:rPr>
              <w:t>Date received</w:t>
            </w:r>
          </w:p>
        </w:tc>
        <w:tc>
          <w:tcPr>
            <w:tcW w:w="369" w:type="dxa"/>
            <w:tcMar>
              <w:top w:w="90" w:type="dxa"/>
              <w:left w:w="110" w:type="dxa"/>
              <w:bottom w:w="90" w:type="dxa"/>
              <w:right w:w="110" w:type="dxa"/>
            </w:tcMar>
            <w:vAlign w:val="center"/>
          </w:tcPr>
          <w:p w14:paraId="1EA56649" w14:textId="77777777" w:rsidR="001D5AA3" w:rsidRDefault="001D5AA3"/>
        </w:tc>
      </w:tr>
      <w:tr w:rsidR="001D5AA3" w14:paraId="30CC63E3" w14:textId="77777777" w:rsidTr="00C53CD2">
        <w:trPr>
          <w:trHeight w:val="648"/>
          <w:jc w:val="center"/>
        </w:trPr>
        <w:tc>
          <w:tcPr>
            <w:tcW w:w="9423" w:type="dxa"/>
            <w:shd w:val="clear" w:color="auto" w:fill="EAF2F8"/>
            <w:tcMar>
              <w:top w:w="90" w:type="dxa"/>
              <w:left w:w="110" w:type="dxa"/>
              <w:bottom w:w="90" w:type="dxa"/>
              <w:right w:w="110" w:type="dxa"/>
            </w:tcMar>
            <w:vAlign w:val="center"/>
          </w:tcPr>
          <w:p w14:paraId="3C628715" w14:textId="77777777" w:rsidR="001D5AA3" w:rsidRDefault="00000000">
            <w:r>
              <w:rPr>
                <w:b/>
                <w:sz w:val="19"/>
              </w:rPr>
              <w:t>Reference number</w:t>
            </w:r>
          </w:p>
        </w:tc>
        <w:tc>
          <w:tcPr>
            <w:tcW w:w="369" w:type="dxa"/>
            <w:tcMar>
              <w:top w:w="90" w:type="dxa"/>
              <w:left w:w="110" w:type="dxa"/>
              <w:bottom w:w="90" w:type="dxa"/>
              <w:right w:w="110" w:type="dxa"/>
            </w:tcMar>
            <w:vAlign w:val="center"/>
          </w:tcPr>
          <w:p w14:paraId="2AE51110" w14:textId="77777777" w:rsidR="001D5AA3" w:rsidRDefault="001D5AA3"/>
        </w:tc>
      </w:tr>
      <w:tr w:rsidR="001D5AA3" w14:paraId="5ED22B23" w14:textId="77777777" w:rsidTr="00C53CD2">
        <w:trPr>
          <w:trHeight w:val="648"/>
          <w:jc w:val="center"/>
        </w:trPr>
        <w:tc>
          <w:tcPr>
            <w:tcW w:w="9423" w:type="dxa"/>
            <w:shd w:val="clear" w:color="auto" w:fill="EAF2F8"/>
            <w:tcMar>
              <w:top w:w="90" w:type="dxa"/>
              <w:left w:w="110" w:type="dxa"/>
              <w:bottom w:w="90" w:type="dxa"/>
              <w:right w:w="110" w:type="dxa"/>
            </w:tcMar>
            <w:vAlign w:val="center"/>
          </w:tcPr>
          <w:p w14:paraId="2C20C379" w14:textId="77777777" w:rsidR="001D5AA3" w:rsidRDefault="00000000">
            <w:r>
              <w:rPr>
                <w:b/>
                <w:sz w:val="19"/>
              </w:rPr>
              <w:t>Amount awarded</w:t>
            </w:r>
          </w:p>
        </w:tc>
        <w:tc>
          <w:tcPr>
            <w:tcW w:w="369" w:type="dxa"/>
            <w:tcMar>
              <w:top w:w="90" w:type="dxa"/>
              <w:left w:w="110" w:type="dxa"/>
              <w:bottom w:w="90" w:type="dxa"/>
              <w:right w:w="110" w:type="dxa"/>
            </w:tcMar>
            <w:vAlign w:val="center"/>
          </w:tcPr>
          <w:p w14:paraId="7FF7C1C9" w14:textId="77777777" w:rsidR="001D5AA3" w:rsidRDefault="001D5AA3"/>
        </w:tc>
      </w:tr>
      <w:tr w:rsidR="001D5AA3" w14:paraId="3C9EEC60" w14:textId="77777777" w:rsidTr="00C53CD2">
        <w:trPr>
          <w:trHeight w:val="1512"/>
          <w:jc w:val="center"/>
        </w:trPr>
        <w:tc>
          <w:tcPr>
            <w:tcW w:w="9423" w:type="dxa"/>
            <w:shd w:val="clear" w:color="auto" w:fill="EAF2F8"/>
            <w:tcMar>
              <w:top w:w="90" w:type="dxa"/>
              <w:left w:w="110" w:type="dxa"/>
              <w:bottom w:w="90" w:type="dxa"/>
              <w:right w:w="110" w:type="dxa"/>
            </w:tcMar>
            <w:vAlign w:val="center"/>
          </w:tcPr>
          <w:p w14:paraId="3FCDC5F1" w14:textId="77777777" w:rsidR="001D5AA3" w:rsidRDefault="00000000">
            <w:r>
              <w:rPr>
                <w:b/>
                <w:sz w:val="19"/>
              </w:rPr>
              <w:t>Decision / notes</w:t>
            </w:r>
          </w:p>
        </w:tc>
        <w:tc>
          <w:tcPr>
            <w:tcW w:w="369" w:type="dxa"/>
            <w:tcMar>
              <w:top w:w="90" w:type="dxa"/>
              <w:left w:w="110" w:type="dxa"/>
              <w:bottom w:w="90" w:type="dxa"/>
              <w:right w:w="110" w:type="dxa"/>
            </w:tcMar>
            <w:vAlign w:val="center"/>
          </w:tcPr>
          <w:p w14:paraId="542F7B6D" w14:textId="77777777" w:rsidR="001D5AA3" w:rsidRDefault="001D5AA3"/>
        </w:tc>
      </w:tr>
    </w:tbl>
    <w:p w14:paraId="37DEE84E" w14:textId="77777777" w:rsidR="001D5AA3" w:rsidRDefault="00000000">
      <w:r>
        <w:br w:type="page"/>
      </w:r>
    </w:p>
    <w:p w14:paraId="7D82D279" w14:textId="77777777" w:rsidR="001D5AA3" w:rsidRDefault="00000000">
      <w:pPr>
        <w:pStyle w:val="Heading1"/>
      </w:pPr>
      <w:r>
        <w:lastRenderedPageBreak/>
        <w:t>Additional information (optional)</w:t>
      </w:r>
    </w:p>
    <w:p w14:paraId="1ED15981" w14:textId="77777777" w:rsidR="001D5AA3" w:rsidRDefault="00000000">
      <w:pPr>
        <w:pStyle w:val="FormNote"/>
      </w:pPr>
      <w:r>
        <w:t>Use this page if you would like to provide any additional information in support of your application. Please indicate which question or section your additional information relates to, where applicable.</w:t>
      </w:r>
    </w:p>
    <w:tbl>
      <w:tblPr>
        <w:tblW w:w="0" w:type="auto"/>
        <w:jc w:val="center"/>
        <w:tblLook w:val="04A0" w:firstRow="1" w:lastRow="0" w:firstColumn="1" w:lastColumn="0" w:noHBand="0" w:noVBand="1"/>
      </w:tblPr>
      <w:tblGrid>
        <w:gridCol w:w="10224"/>
      </w:tblGrid>
      <w:tr w:rsidR="001D5AA3" w14:paraId="04CEECD5" w14:textId="77777777">
        <w:trPr>
          <w:jc w:val="center"/>
        </w:trPr>
        <w:tc>
          <w:tcPr>
            <w:tcW w:w="10224" w:type="dxa"/>
            <w:tcMar>
              <w:top w:w="120" w:type="dxa"/>
              <w:left w:w="120" w:type="dxa"/>
              <w:bottom w:w="120" w:type="dxa"/>
              <w:right w:w="120" w:type="dxa"/>
            </w:tcMar>
          </w:tcPr>
          <w:p w14:paraId="606372EB" w14:textId="77777777" w:rsidR="001D5AA3" w:rsidRDefault="00000000">
            <w:pPr>
              <w:spacing w:after="80"/>
            </w:pPr>
            <w:r>
              <w:rPr>
                <w:sz w:val="19"/>
              </w:rPr>
              <w:t>________________________________________________________________________________</w:t>
            </w:r>
          </w:p>
          <w:p w14:paraId="623C7F08" w14:textId="77777777" w:rsidR="001D5AA3" w:rsidRDefault="00000000">
            <w:pPr>
              <w:spacing w:after="80"/>
            </w:pPr>
            <w:r>
              <w:rPr>
                <w:sz w:val="19"/>
              </w:rPr>
              <w:t>________________________________________________________________________________</w:t>
            </w:r>
          </w:p>
          <w:p w14:paraId="45E231B2" w14:textId="77777777" w:rsidR="001D5AA3" w:rsidRDefault="00000000">
            <w:pPr>
              <w:spacing w:after="80"/>
            </w:pPr>
            <w:r>
              <w:rPr>
                <w:sz w:val="19"/>
              </w:rPr>
              <w:t>________________________________________________________________________________</w:t>
            </w:r>
          </w:p>
          <w:p w14:paraId="119940B3" w14:textId="77777777" w:rsidR="001D5AA3" w:rsidRDefault="00000000">
            <w:pPr>
              <w:spacing w:after="80"/>
            </w:pPr>
            <w:r>
              <w:rPr>
                <w:sz w:val="19"/>
              </w:rPr>
              <w:t>________________________________________________________________________________</w:t>
            </w:r>
          </w:p>
          <w:p w14:paraId="3F53CDFF" w14:textId="77777777" w:rsidR="001D5AA3" w:rsidRDefault="00000000">
            <w:pPr>
              <w:spacing w:after="80"/>
            </w:pPr>
            <w:r>
              <w:rPr>
                <w:sz w:val="19"/>
              </w:rPr>
              <w:t>________________________________________________________________________________</w:t>
            </w:r>
          </w:p>
          <w:p w14:paraId="0D12879B" w14:textId="77777777" w:rsidR="001D5AA3" w:rsidRDefault="00000000">
            <w:pPr>
              <w:spacing w:after="80"/>
            </w:pPr>
            <w:r>
              <w:rPr>
                <w:sz w:val="19"/>
              </w:rPr>
              <w:t>________________________________________________________________________________</w:t>
            </w:r>
          </w:p>
          <w:p w14:paraId="1AE9023A" w14:textId="77777777" w:rsidR="001D5AA3" w:rsidRDefault="00000000">
            <w:pPr>
              <w:spacing w:after="80"/>
            </w:pPr>
            <w:r>
              <w:rPr>
                <w:sz w:val="19"/>
              </w:rPr>
              <w:t>________________________________________________________________________________</w:t>
            </w:r>
          </w:p>
          <w:p w14:paraId="78073865" w14:textId="77777777" w:rsidR="001D5AA3" w:rsidRDefault="00000000">
            <w:pPr>
              <w:spacing w:after="80"/>
            </w:pPr>
            <w:r>
              <w:rPr>
                <w:sz w:val="19"/>
              </w:rPr>
              <w:t>________________________________________________________________________________</w:t>
            </w:r>
          </w:p>
          <w:p w14:paraId="480B65EA" w14:textId="77777777" w:rsidR="001D5AA3" w:rsidRDefault="00000000">
            <w:pPr>
              <w:spacing w:after="80"/>
            </w:pPr>
            <w:r>
              <w:rPr>
                <w:sz w:val="19"/>
              </w:rPr>
              <w:t>________________________________________________________________________________</w:t>
            </w:r>
          </w:p>
          <w:p w14:paraId="78519925" w14:textId="77777777" w:rsidR="001D5AA3" w:rsidRDefault="00000000">
            <w:pPr>
              <w:spacing w:after="80"/>
            </w:pPr>
            <w:r>
              <w:rPr>
                <w:sz w:val="19"/>
              </w:rPr>
              <w:t>________________________________________________________________________________</w:t>
            </w:r>
          </w:p>
          <w:p w14:paraId="6D6D2A28" w14:textId="77777777" w:rsidR="001D5AA3" w:rsidRDefault="00000000">
            <w:pPr>
              <w:spacing w:after="80"/>
            </w:pPr>
            <w:r>
              <w:rPr>
                <w:sz w:val="19"/>
              </w:rPr>
              <w:t>________________________________________________________________________________</w:t>
            </w:r>
          </w:p>
          <w:p w14:paraId="0FF73B58" w14:textId="77777777" w:rsidR="001D5AA3" w:rsidRDefault="00000000">
            <w:pPr>
              <w:spacing w:after="80"/>
            </w:pPr>
            <w:r>
              <w:rPr>
                <w:sz w:val="19"/>
              </w:rPr>
              <w:t>________________________________________________________________________________</w:t>
            </w:r>
          </w:p>
          <w:p w14:paraId="1AAC475C" w14:textId="77777777" w:rsidR="001D5AA3" w:rsidRDefault="00000000">
            <w:pPr>
              <w:spacing w:after="80"/>
            </w:pPr>
            <w:r>
              <w:rPr>
                <w:sz w:val="19"/>
              </w:rPr>
              <w:t>________________________________________________________________________________</w:t>
            </w:r>
          </w:p>
          <w:p w14:paraId="5E3A443A" w14:textId="77777777" w:rsidR="001D5AA3" w:rsidRDefault="00000000">
            <w:pPr>
              <w:spacing w:after="80"/>
            </w:pPr>
            <w:r>
              <w:rPr>
                <w:sz w:val="19"/>
              </w:rPr>
              <w:t>________________________________________________________________________________</w:t>
            </w:r>
          </w:p>
          <w:p w14:paraId="7C583A8F" w14:textId="77777777" w:rsidR="001D5AA3" w:rsidRDefault="00000000">
            <w:pPr>
              <w:spacing w:after="80"/>
            </w:pPr>
            <w:r>
              <w:rPr>
                <w:sz w:val="19"/>
              </w:rPr>
              <w:t>________________________________________________________________________________</w:t>
            </w:r>
          </w:p>
          <w:p w14:paraId="5FCB89D1" w14:textId="77777777" w:rsidR="001D5AA3" w:rsidRDefault="00000000">
            <w:pPr>
              <w:spacing w:after="80"/>
            </w:pPr>
            <w:r>
              <w:rPr>
                <w:sz w:val="19"/>
              </w:rPr>
              <w:t>________________________________________________________________________________</w:t>
            </w:r>
          </w:p>
          <w:p w14:paraId="1E72F929" w14:textId="77777777" w:rsidR="001D5AA3" w:rsidRDefault="00000000">
            <w:pPr>
              <w:spacing w:after="80"/>
            </w:pPr>
            <w:r>
              <w:rPr>
                <w:sz w:val="19"/>
              </w:rPr>
              <w:t>________________________________________________________________________________</w:t>
            </w:r>
          </w:p>
          <w:p w14:paraId="3BCD5264" w14:textId="77777777" w:rsidR="001D5AA3" w:rsidRDefault="00000000">
            <w:pPr>
              <w:spacing w:after="80"/>
            </w:pPr>
            <w:r>
              <w:rPr>
                <w:sz w:val="19"/>
              </w:rPr>
              <w:t>________________________________________________________________________________</w:t>
            </w:r>
          </w:p>
          <w:p w14:paraId="4EDE9E85" w14:textId="77777777" w:rsidR="001D5AA3" w:rsidRDefault="00000000">
            <w:pPr>
              <w:spacing w:after="80"/>
            </w:pPr>
            <w:r>
              <w:rPr>
                <w:sz w:val="19"/>
              </w:rPr>
              <w:t>________________________________________________________________________________</w:t>
            </w:r>
          </w:p>
          <w:p w14:paraId="4D742623" w14:textId="77777777" w:rsidR="001D5AA3" w:rsidRDefault="00000000">
            <w:pPr>
              <w:spacing w:after="80"/>
            </w:pPr>
            <w:r>
              <w:rPr>
                <w:sz w:val="19"/>
              </w:rPr>
              <w:t>________________________________________________________________________________</w:t>
            </w:r>
          </w:p>
          <w:p w14:paraId="7BE7F40A" w14:textId="77777777" w:rsidR="001D5AA3" w:rsidRDefault="00000000">
            <w:pPr>
              <w:spacing w:after="80"/>
            </w:pPr>
            <w:r>
              <w:rPr>
                <w:sz w:val="19"/>
              </w:rPr>
              <w:t>________________________________________________________________________________</w:t>
            </w:r>
          </w:p>
          <w:p w14:paraId="0C8A0FFC" w14:textId="77777777" w:rsidR="001D5AA3" w:rsidRDefault="00000000">
            <w:pPr>
              <w:spacing w:after="80"/>
            </w:pPr>
            <w:r>
              <w:rPr>
                <w:sz w:val="19"/>
              </w:rPr>
              <w:t>________________________________________________________________________________</w:t>
            </w:r>
          </w:p>
          <w:p w14:paraId="2793DCD6" w14:textId="77777777" w:rsidR="001D5AA3" w:rsidRDefault="00000000">
            <w:pPr>
              <w:spacing w:after="80"/>
            </w:pPr>
            <w:r>
              <w:rPr>
                <w:sz w:val="19"/>
              </w:rPr>
              <w:t>________________________________________________________________________________</w:t>
            </w:r>
          </w:p>
          <w:p w14:paraId="6E8BD09C" w14:textId="77777777" w:rsidR="001D5AA3" w:rsidRDefault="00000000">
            <w:pPr>
              <w:spacing w:after="80"/>
            </w:pPr>
            <w:r>
              <w:rPr>
                <w:sz w:val="19"/>
              </w:rPr>
              <w:t>________________________________________________________________________________</w:t>
            </w:r>
          </w:p>
        </w:tc>
      </w:tr>
    </w:tbl>
    <w:p w14:paraId="11605A1C" w14:textId="77777777" w:rsidR="00012EFB" w:rsidRDefault="00012EFB"/>
    <w:sectPr w:rsidR="00012EFB" w:rsidSect="00034616">
      <w:headerReference w:type="default" r:id="rId8"/>
      <w:footerReference w:type="default" r:id="rId9"/>
      <w:pgSz w:w="12240" w:h="15840"/>
      <w:pgMar w:top="1555" w:right="1008" w:bottom="1181" w:left="1008" w:header="259"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F51C8" w14:textId="77777777" w:rsidR="00012EFB" w:rsidRDefault="00012EFB">
      <w:pPr>
        <w:spacing w:after="0" w:line="240" w:lineRule="auto"/>
      </w:pPr>
      <w:r>
        <w:separator/>
      </w:r>
    </w:p>
  </w:endnote>
  <w:endnote w:type="continuationSeparator" w:id="0">
    <w:p w14:paraId="0CA3D393" w14:textId="77777777" w:rsidR="00012EFB" w:rsidRDefault="00012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9FDB" w14:textId="77777777" w:rsidR="001D5AA3" w:rsidRDefault="001D5AA3">
    <w:pPr>
      <w:pStyle w:val="Footer"/>
    </w:pPr>
  </w:p>
  <w:tbl>
    <w:tblPr>
      <w:tblW w:w="0" w:type="auto"/>
      <w:tblLayout w:type="fixed"/>
      <w:tblLook w:val="04A0" w:firstRow="1" w:lastRow="0" w:firstColumn="1" w:lastColumn="0" w:noHBand="0" w:noVBand="1"/>
    </w:tblPr>
    <w:tblGrid>
      <w:gridCol w:w="8496"/>
      <w:gridCol w:w="1584"/>
    </w:tblGrid>
    <w:tr w:rsidR="001D5AA3" w14:paraId="6444E68B" w14:textId="77777777">
      <w:tc>
        <w:tcPr>
          <w:tcW w:w="8496" w:type="dxa"/>
          <w:tcMar>
            <w:top w:w="0" w:type="dxa"/>
            <w:left w:w="0" w:type="dxa"/>
            <w:bottom w:w="0" w:type="dxa"/>
            <w:right w:w="0" w:type="dxa"/>
          </w:tcMar>
        </w:tcPr>
        <w:p w14:paraId="59925E70" w14:textId="77777777" w:rsidR="001D5AA3" w:rsidRDefault="00000000">
          <w:r>
            <w:rPr>
              <w:color w:val="5A5A5A"/>
              <w:sz w:val="16"/>
            </w:rPr>
            <w:t>CRF Resilience Grant Application up to £</w:t>
          </w:r>
          <w:proofErr w:type="gramStart"/>
          <w:r>
            <w:rPr>
              <w:color w:val="5A5A5A"/>
              <w:sz w:val="16"/>
            </w:rPr>
            <w:t>10,000  |</w:t>
          </w:r>
          <w:proofErr w:type="gramEnd"/>
          <w:r>
            <w:rPr>
              <w:color w:val="5A5A5A"/>
              <w:sz w:val="16"/>
            </w:rPr>
            <w:t xml:space="preserve">  Page </w:t>
          </w:r>
          <w:r>
            <w:fldChar w:fldCharType="begin"/>
          </w:r>
          <w:r>
            <w:instrText>PAGE</w:instrText>
          </w:r>
          <w:r>
            <w:fldChar w:fldCharType="separate"/>
          </w:r>
          <w:r w:rsidR="00C53CD2">
            <w:rPr>
              <w:noProof/>
            </w:rPr>
            <w:t>1</w:t>
          </w:r>
          <w:r>
            <w:fldChar w:fldCharType="end"/>
          </w:r>
        </w:p>
      </w:tc>
      <w:tc>
        <w:tcPr>
          <w:tcW w:w="1584" w:type="dxa"/>
          <w:tcMar>
            <w:top w:w="0" w:type="dxa"/>
            <w:left w:w="0" w:type="dxa"/>
            <w:bottom w:w="0" w:type="dxa"/>
            <w:right w:w="0" w:type="dxa"/>
          </w:tcMar>
        </w:tcPr>
        <w:p w14:paraId="5F3DE346" w14:textId="77777777" w:rsidR="001D5AA3" w:rsidRDefault="00000000">
          <w:pPr>
            <w:jc w:val="right"/>
          </w:pPr>
          <w:r>
            <w:rPr>
              <w:noProof/>
            </w:rPr>
            <w:drawing>
              <wp:inline distT="0" distB="0" distL="0" distR="0" wp14:anchorId="6CDC88E9" wp14:editId="637D4668">
                <wp:extent cx="621792" cy="714597"/>
                <wp:effectExtent l="0" t="0" r="0" b="0"/>
                <wp:docPr id="1001990794" name="Picture 100199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f_figure.png"/>
                        <pic:cNvPicPr/>
                      </pic:nvPicPr>
                      <pic:blipFill>
                        <a:blip r:embed="rId1"/>
                        <a:stretch>
                          <a:fillRect/>
                        </a:stretch>
                      </pic:blipFill>
                      <pic:spPr>
                        <a:xfrm>
                          <a:off x="0" y="0"/>
                          <a:ext cx="621792" cy="714597"/>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CAF3" w14:textId="77777777" w:rsidR="00012EFB" w:rsidRDefault="00012EFB">
      <w:pPr>
        <w:spacing w:after="0" w:line="240" w:lineRule="auto"/>
      </w:pPr>
      <w:r>
        <w:separator/>
      </w:r>
    </w:p>
  </w:footnote>
  <w:footnote w:type="continuationSeparator" w:id="0">
    <w:p w14:paraId="57A256F5" w14:textId="77777777" w:rsidR="00012EFB" w:rsidRDefault="00012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4F83" w14:textId="77777777" w:rsidR="001D5AA3" w:rsidRDefault="001D5AA3">
    <w:pPr>
      <w:pStyle w:val="Header"/>
    </w:pPr>
  </w:p>
  <w:tbl>
    <w:tblPr>
      <w:tblW w:w="0" w:type="auto"/>
      <w:tblLayout w:type="fixed"/>
      <w:tblLook w:val="04A0" w:firstRow="1" w:lastRow="0" w:firstColumn="1" w:lastColumn="0" w:noHBand="0" w:noVBand="1"/>
    </w:tblPr>
    <w:tblGrid>
      <w:gridCol w:w="5040"/>
      <w:gridCol w:w="5040"/>
    </w:tblGrid>
    <w:tr w:rsidR="001D5AA3" w14:paraId="7A614FD8" w14:textId="77777777">
      <w:tc>
        <w:tcPr>
          <w:tcW w:w="5040" w:type="dxa"/>
          <w:tcMar>
            <w:top w:w="0" w:type="dxa"/>
            <w:left w:w="0" w:type="dxa"/>
            <w:bottom w:w="0" w:type="dxa"/>
            <w:right w:w="0" w:type="dxa"/>
          </w:tcMar>
        </w:tcPr>
        <w:p w14:paraId="6F9E1147" w14:textId="77777777" w:rsidR="001D5AA3" w:rsidRDefault="00000000">
          <w:r>
            <w:rPr>
              <w:noProof/>
            </w:rPr>
            <w:drawing>
              <wp:inline distT="0" distB="0" distL="0" distR="0" wp14:anchorId="781FACA4" wp14:editId="722F0B95">
                <wp:extent cx="1965960" cy="4283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ed_by_UK_Gov_small (2).png"/>
                        <pic:cNvPicPr/>
                      </pic:nvPicPr>
                      <pic:blipFill>
                        <a:blip r:embed="rId1"/>
                        <a:stretch>
                          <a:fillRect/>
                        </a:stretch>
                      </pic:blipFill>
                      <pic:spPr>
                        <a:xfrm>
                          <a:off x="0" y="0"/>
                          <a:ext cx="1965960" cy="428372"/>
                        </a:xfrm>
                        <a:prstGeom prst="rect">
                          <a:avLst/>
                        </a:prstGeom>
                      </pic:spPr>
                    </pic:pic>
                  </a:graphicData>
                </a:graphic>
              </wp:inline>
            </w:drawing>
          </w:r>
        </w:p>
      </w:tc>
      <w:tc>
        <w:tcPr>
          <w:tcW w:w="5040" w:type="dxa"/>
          <w:tcMar>
            <w:top w:w="0" w:type="dxa"/>
            <w:left w:w="0" w:type="dxa"/>
            <w:bottom w:w="0" w:type="dxa"/>
            <w:right w:w="0" w:type="dxa"/>
          </w:tcMar>
        </w:tcPr>
        <w:p w14:paraId="1E09D5F1" w14:textId="77777777" w:rsidR="001D5AA3" w:rsidRDefault="00000000">
          <w:pPr>
            <w:jc w:val="right"/>
          </w:pPr>
          <w:r>
            <w:rPr>
              <w:noProof/>
            </w:rPr>
            <w:drawing>
              <wp:inline distT="0" distB="0" distL="0" distR="0" wp14:anchorId="11DC44A6" wp14:editId="4A424EF9">
                <wp:extent cx="1783080" cy="8469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colour-logo half size (1) (2).png"/>
                        <pic:cNvPicPr/>
                      </pic:nvPicPr>
                      <pic:blipFill>
                        <a:blip r:embed="rId2"/>
                        <a:stretch>
                          <a:fillRect/>
                        </a:stretch>
                      </pic:blipFill>
                      <pic:spPr>
                        <a:xfrm>
                          <a:off x="0" y="0"/>
                          <a:ext cx="1783080" cy="846963"/>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0852188">
    <w:abstractNumId w:val="8"/>
  </w:num>
  <w:num w:numId="2" w16cid:durableId="836919587">
    <w:abstractNumId w:val="6"/>
  </w:num>
  <w:num w:numId="3" w16cid:durableId="277107184">
    <w:abstractNumId w:val="5"/>
  </w:num>
  <w:num w:numId="4" w16cid:durableId="1868253359">
    <w:abstractNumId w:val="4"/>
  </w:num>
  <w:num w:numId="5" w16cid:durableId="777676251">
    <w:abstractNumId w:val="7"/>
  </w:num>
  <w:num w:numId="6" w16cid:durableId="1247812023">
    <w:abstractNumId w:val="3"/>
  </w:num>
  <w:num w:numId="7" w16cid:durableId="1156654269">
    <w:abstractNumId w:val="2"/>
  </w:num>
  <w:num w:numId="8" w16cid:durableId="1771965820">
    <w:abstractNumId w:val="1"/>
  </w:num>
  <w:num w:numId="9" w16cid:durableId="1942567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EFB"/>
    <w:rsid w:val="00034616"/>
    <w:rsid w:val="0006063C"/>
    <w:rsid w:val="0015074B"/>
    <w:rsid w:val="001D5AA3"/>
    <w:rsid w:val="0029639D"/>
    <w:rsid w:val="00326F90"/>
    <w:rsid w:val="00AA1D8D"/>
    <w:rsid w:val="00B47730"/>
    <w:rsid w:val="00C0101D"/>
    <w:rsid w:val="00C53CD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9AE9CF"/>
  <w14:defaultImageDpi w14:val="300"/>
  <w15:docId w15:val="{F7C8F6B1-21B0-4FE4-A99E-09E672CA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Note">
    <w:name w:val="Form Note"/>
    <w:pPr>
      <w:spacing w:after="80"/>
    </w:pPr>
    <w:rPr>
      <w:rFonts w:ascii="Arial" w:hAnsi="Arial"/>
      <w:i/>
      <w:color w:val="5A5A5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1464</Words>
  <Characters>21111</Characters>
  <Application>Microsoft Office Word</Application>
  <DocSecurity>0</DocSecurity>
  <Lines>413</Lines>
  <Paragraphs>352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Crisis and Resilience Fund Resilience Grant Application Form</dc:title>
  <dc:subject>Application form for grants of up to £10,000</dc:subject>
  <dc:creator>Turbitt, Emily</dc:creator>
  <cp:keywords/>
  <dc:description>generated by python-docx</dc:description>
  <cp:lastModifiedBy>Turbitt, Emily</cp:lastModifiedBy>
  <cp:revision>2</cp:revision>
  <dcterms:created xsi:type="dcterms:W3CDTF">2026-09-23T07:26:00Z</dcterms:created>
  <dcterms:modified xsi:type="dcterms:W3CDTF">2026-09-23T07:33:00Z</dcterms:modified>
  <cp:category/>
</cp:coreProperties>
</file>