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E6057" w14:textId="77777777" w:rsidR="00405F98" w:rsidRDefault="00000000">
      <w:pPr>
        <w:jc w:val="center"/>
      </w:pPr>
      <w:r>
        <w:rPr>
          <w:b/>
          <w:color w:val="17365D"/>
          <w:sz w:val="40"/>
        </w:rPr>
        <w:t>CRISIS &amp; RESILIENCE FUND</w:t>
      </w:r>
    </w:p>
    <w:p w14:paraId="10E29EFE" w14:textId="77777777" w:rsidR="00405F98" w:rsidRDefault="00000000">
      <w:pPr>
        <w:jc w:val="center"/>
      </w:pPr>
      <w:r>
        <w:rPr>
          <w:b/>
          <w:color w:val="F4512C"/>
          <w:sz w:val="36"/>
        </w:rPr>
        <w:t>Resilience Grant Application Form</w:t>
      </w:r>
    </w:p>
    <w:p w14:paraId="60FA1F03" w14:textId="77777777" w:rsidR="00405F98" w:rsidRDefault="00000000">
      <w:pPr>
        <w:jc w:val="center"/>
      </w:pPr>
      <w:r>
        <w:rPr>
          <w:b/>
          <w:sz w:val="24"/>
        </w:rPr>
        <w:t>Funding available: over £10,000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58F8DB82" w14:textId="77777777">
        <w:tc>
          <w:tcPr>
            <w:tcW w:w="10224" w:type="dxa"/>
            <w:shd w:val="clear" w:color="auto" w:fill="EAF2F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6849FF1" w14:textId="77777777" w:rsidR="00405F98" w:rsidRDefault="00000000">
            <w:r>
              <w:t>Use this form to apply for more than £10,000. Requests over £50,000 must be partnership bids. Applicants must be formally constituted and provide a current constitution or governing rules.</w:t>
            </w:r>
          </w:p>
        </w:tc>
      </w:tr>
    </w:tbl>
    <w:p w14:paraId="5E09E6E9" w14:textId="77777777" w:rsidR="00405F98" w:rsidRDefault="00000000">
      <w:pPr>
        <w:pStyle w:val="Heading1"/>
      </w:pPr>
      <w:r>
        <w:t>Before you apply</w:t>
      </w:r>
    </w:p>
    <w:p w14:paraId="3CEC6CE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Your proposal must support at least one of the seven CRF aims.</w:t>
      </w:r>
    </w:p>
    <w:p w14:paraId="551BE311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You must explain what the funding will pay for.</w:t>
      </w:r>
    </w:p>
    <w:p w14:paraId="29E2DFA4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You must provide monitoring information and evidence.</w:t>
      </w:r>
    </w:p>
    <w:p w14:paraId="7FAA4F9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Requests over £50,000 must be submitted as a partnership bid.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201A3C7" w14:textId="77777777">
        <w:tc>
          <w:tcPr>
            <w:tcW w:w="10224" w:type="dxa"/>
            <w:shd w:val="clear" w:color="auto" w:fill="EAF2F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BC8330" w14:textId="77777777" w:rsidR="00405F98" w:rsidRDefault="00000000">
            <w:r>
              <w:t>Which questions should you complete? All applicants complete Sections 1 and 3 to 11 and question 13. Partnership bids also complete questions 14 to 17 and question 52. Non-partnership applicants leave those questions blank. Requests over £50,000 must be partnership bids.</w:t>
            </w:r>
          </w:p>
        </w:tc>
      </w:tr>
    </w:tbl>
    <w:p w14:paraId="03F4CCE2" w14:textId="77777777" w:rsidR="00405F98" w:rsidRDefault="00000000">
      <w:pPr>
        <w:pStyle w:val="Heading1"/>
      </w:pPr>
      <w:r>
        <w:t>Section 1: Organisation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74"/>
        <w:gridCol w:w="236"/>
      </w:tblGrid>
      <w:tr w:rsidR="00405F98" w14:paraId="34E52F0B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6164A76E" w14:textId="77777777" w:rsidR="00405F98" w:rsidRDefault="00000000">
            <w:r>
              <w:rPr>
                <w:b/>
              </w:rPr>
              <w:t>1. Organisation / group name</w:t>
            </w:r>
          </w:p>
        </w:tc>
        <w:tc>
          <w:tcPr>
            <w:tcW w:w="236" w:type="dxa"/>
          </w:tcPr>
          <w:p w14:paraId="6D78230A" w14:textId="77777777" w:rsidR="00405F98" w:rsidRDefault="00405F98"/>
        </w:tc>
      </w:tr>
      <w:tr w:rsidR="00405F98" w14:paraId="43265295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574A8EF0" w14:textId="77777777" w:rsidR="00405F98" w:rsidRDefault="00000000">
            <w:r>
              <w:rPr>
                <w:b/>
              </w:rPr>
              <w:t>2. Main contact name</w:t>
            </w:r>
          </w:p>
        </w:tc>
        <w:tc>
          <w:tcPr>
            <w:tcW w:w="236" w:type="dxa"/>
          </w:tcPr>
          <w:p w14:paraId="625A7423" w14:textId="77777777" w:rsidR="00405F98" w:rsidRDefault="00405F98"/>
        </w:tc>
      </w:tr>
      <w:tr w:rsidR="00405F98" w14:paraId="5FE975FC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303AFF3D" w14:textId="77777777" w:rsidR="00405F98" w:rsidRDefault="00000000">
            <w:r>
              <w:rPr>
                <w:b/>
              </w:rPr>
              <w:t>3. Position in organisation</w:t>
            </w:r>
          </w:p>
        </w:tc>
        <w:tc>
          <w:tcPr>
            <w:tcW w:w="236" w:type="dxa"/>
          </w:tcPr>
          <w:p w14:paraId="625E8A38" w14:textId="77777777" w:rsidR="00405F98" w:rsidRDefault="00405F98"/>
        </w:tc>
      </w:tr>
      <w:tr w:rsidR="00405F98" w14:paraId="435CFF86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1A60371D" w14:textId="77777777" w:rsidR="00405F98" w:rsidRDefault="00000000">
            <w:r>
              <w:rPr>
                <w:b/>
              </w:rPr>
              <w:lastRenderedPageBreak/>
              <w:t>4. Telephone number</w:t>
            </w:r>
          </w:p>
        </w:tc>
        <w:tc>
          <w:tcPr>
            <w:tcW w:w="236" w:type="dxa"/>
          </w:tcPr>
          <w:p w14:paraId="782F22F5" w14:textId="77777777" w:rsidR="00405F98" w:rsidRDefault="00405F98"/>
        </w:tc>
      </w:tr>
      <w:tr w:rsidR="00405F98" w14:paraId="6B0B73AC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61C38E85" w14:textId="77777777" w:rsidR="00405F98" w:rsidRDefault="00000000">
            <w:r>
              <w:rPr>
                <w:b/>
              </w:rPr>
              <w:t>5. Email address</w:t>
            </w:r>
          </w:p>
        </w:tc>
        <w:tc>
          <w:tcPr>
            <w:tcW w:w="236" w:type="dxa"/>
          </w:tcPr>
          <w:p w14:paraId="263F722A" w14:textId="77777777" w:rsidR="00405F98" w:rsidRDefault="00405F98"/>
        </w:tc>
      </w:tr>
      <w:tr w:rsidR="00405F98" w14:paraId="5BB2E4E0" w14:textId="77777777" w:rsidTr="002B273F">
        <w:trPr>
          <w:trHeight w:val="1152"/>
          <w:jc w:val="center"/>
        </w:trPr>
        <w:tc>
          <w:tcPr>
            <w:tcW w:w="9274" w:type="dxa"/>
            <w:shd w:val="clear" w:color="auto" w:fill="EAF2F8"/>
          </w:tcPr>
          <w:p w14:paraId="31617317" w14:textId="77777777" w:rsidR="00405F98" w:rsidRDefault="00000000">
            <w:r>
              <w:rPr>
                <w:b/>
              </w:rPr>
              <w:t>6. Organisation address</w:t>
            </w:r>
          </w:p>
        </w:tc>
        <w:tc>
          <w:tcPr>
            <w:tcW w:w="236" w:type="dxa"/>
          </w:tcPr>
          <w:p w14:paraId="0288F886" w14:textId="77777777" w:rsidR="00405F98" w:rsidRDefault="00405F98"/>
        </w:tc>
      </w:tr>
      <w:tr w:rsidR="00405F98" w14:paraId="53FD1187" w14:textId="77777777" w:rsidTr="002B273F">
        <w:trPr>
          <w:trHeight w:val="792"/>
          <w:jc w:val="center"/>
        </w:trPr>
        <w:tc>
          <w:tcPr>
            <w:tcW w:w="9274" w:type="dxa"/>
            <w:shd w:val="clear" w:color="auto" w:fill="EAF2F8"/>
          </w:tcPr>
          <w:p w14:paraId="7903480E" w14:textId="77777777" w:rsidR="00405F98" w:rsidRDefault="00000000">
            <w:r>
              <w:rPr>
                <w:b/>
              </w:rPr>
              <w:t>7. Website or social media</w:t>
            </w:r>
          </w:p>
        </w:tc>
        <w:tc>
          <w:tcPr>
            <w:tcW w:w="236" w:type="dxa"/>
          </w:tcPr>
          <w:p w14:paraId="0DF03A66" w14:textId="77777777" w:rsidR="00405F98" w:rsidRDefault="00405F98"/>
        </w:tc>
      </w:tr>
    </w:tbl>
    <w:p w14:paraId="2E9643E8" w14:textId="77777777" w:rsidR="00405F98" w:rsidRDefault="00000000">
      <w:r>
        <w:rPr>
          <w:b/>
        </w:rPr>
        <w:t>8. What type of organisation or group are you?</w:t>
      </w:r>
    </w:p>
    <w:p w14:paraId="55B7E94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Registered charity</w:t>
      </w:r>
    </w:p>
    <w:p w14:paraId="0B7D4C5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Community group</w:t>
      </w:r>
    </w:p>
    <w:p w14:paraId="60E78A7D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Community Interest Company</w:t>
      </w:r>
    </w:p>
    <w:p w14:paraId="2DB8BD2C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Faith group</w:t>
      </w:r>
    </w:p>
    <w:p w14:paraId="233DF9B5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Resident group</w:t>
      </w:r>
    </w:p>
    <w:p w14:paraId="1BA15B7D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Other: ____________________</w:t>
      </w:r>
    </w:p>
    <w:p w14:paraId="183F8FDF" w14:textId="77777777" w:rsidR="00405F98" w:rsidRDefault="00000000">
      <w:r>
        <w:rPr>
          <w:b/>
        </w:rPr>
        <w:t>9. Mandatory eligibility: Is your organisation formally constituted?</w:t>
      </w:r>
    </w:p>
    <w:p w14:paraId="597F201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</w:t>
      </w:r>
    </w:p>
    <w:p w14:paraId="7CFF40DC" w14:textId="77777777" w:rsidR="00405F98" w:rsidRDefault="00000000">
      <w:r>
        <w:rPr>
          <w:b/>
          <w:color w:val="F4512C"/>
        </w:rPr>
        <w:t>Organisations that are not formally constituted are not eligible.</w:t>
      </w:r>
    </w:p>
    <w:p w14:paraId="676839B2" w14:textId="77777777" w:rsidR="00405F98" w:rsidRDefault="00000000">
      <w:r>
        <w:rPr>
          <w:b/>
        </w:rPr>
        <w:t>10. Enclose a current constitution or governing rules.</w:t>
      </w:r>
    </w:p>
    <w:p w14:paraId="247A5295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Enclosed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120"/>
      </w:tblGrid>
      <w:tr w:rsidR="00405F98" w14:paraId="1A30AB93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03BEEDB5" w14:textId="77777777" w:rsidR="00405F98" w:rsidRDefault="00000000">
            <w:r>
              <w:rPr>
                <w:b/>
              </w:rPr>
              <w:t>11. Registered charity number</w:t>
            </w:r>
          </w:p>
        </w:tc>
        <w:tc>
          <w:tcPr>
            <w:tcW w:w="6120" w:type="dxa"/>
          </w:tcPr>
          <w:p w14:paraId="4EB1E87C" w14:textId="77777777" w:rsidR="00405F98" w:rsidRDefault="00405F98"/>
        </w:tc>
      </w:tr>
      <w:tr w:rsidR="00405F98" w14:paraId="5717D76A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5832E7AA" w14:textId="77777777" w:rsidR="00405F98" w:rsidRDefault="00000000">
            <w:r>
              <w:rPr>
                <w:b/>
              </w:rPr>
              <w:lastRenderedPageBreak/>
              <w:t>Company or CIC number</w:t>
            </w:r>
          </w:p>
        </w:tc>
        <w:tc>
          <w:tcPr>
            <w:tcW w:w="6120" w:type="dxa"/>
          </w:tcPr>
          <w:p w14:paraId="33EE469D" w14:textId="77777777" w:rsidR="00405F98" w:rsidRDefault="00405F98"/>
        </w:tc>
      </w:tr>
      <w:tr w:rsidR="00405F98" w14:paraId="1DDEFD18" w14:textId="77777777">
        <w:trPr>
          <w:trHeight w:val="792"/>
          <w:jc w:val="center"/>
        </w:trPr>
        <w:tc>
          <w:tcPr>
            <w:tcW w:w="3384" w:type="dxa"/>
            <w:shd w:val="clear" w:color="auto" w:fill="EAF2F8"/>
          </w:tcPr>
          <w:p w14:paraId="48AFEA4E" w14:textId="77777777" w:rsidR="00405F98" w:rsidRDefault="00000000">
            <w:r>
              <w:rPr>
                <w:b/>
              </w:rPr>
              <w:t>Other registration details</w:t>
            </w:r>
          </w:p>
        </w:tc>
        <w:tc>
          <w:tcPr>
            <w:tcW w:w="6120" w:type="dxa"/>
          </w:tcPr>
          <w:p w14:paraId="1FBC8249" w14:textId="77777777" w:rsidR="00405F98" w:rsidRDefault="00405F98"/>
        </w:tc>
      </w:tr>
    </w:tbl>
    <w:p w14:paraId="0EA03BA4" w14:textId="77777777" w:rsidR="00405F98" w:rsidRDefault="00000000">
      <w:r>
        <w:rPr>
          <w:b/>
          <w:color w:val="17365D"/>
        </w:rPr>
        <w:t>12. Describe governance arrangements and confirm who is authorised to submit.</w:t>
      </w:r>
    </w:p>
    <w:p w14:paraId="341CC5B7" w14:textId="77777777" w:rsidR="00405F98" w:rsidRDefault="00000000">
      <w:pPr>
        <w:pStyle w:val="Note"/>
      </w:pPr>
      <w:r>
        <w:t>Maximum 250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5862F0D5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ED9CDB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4B6470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FCF344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B14664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A3676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FC30FE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9459B7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E6AAEF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DC778D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74EAD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66BDFF55" w14:textId="77777777" w:rsidR="00405F98" w:rsidRDefault="00000000">
      <w:r>
        <w:br w:type="page"/>
      </w:r>
    </w:p>
    <w:p w14:paraId="21F9458F" w14:textId="77777777" w:rsidR="00405F98" w:rsidRDefault="00000000">
      <w:pPr>
        <w:pStyle w:val="Heading1"/>
      </w:pPr>
      <w:r>
        <w:lastRenderedPageBreak/>
        <w:t>Section 2: Partnership details (conditional)</w:t>
      </w:r>
    </w:p>
    <w:p w14:paraId="72EE4514" w14:textId="77777777" w:rsidR="00405F98" w:rsidRDefault="00000000">
      <w:r>
        <w:rPr>
          <w:b/>
          <w:color w:val="F4512C"/>
        </w:rPr>
        <w:t>All applicants answer question 13. Questions 14 to 17 are for partnership bids only.</w:t>
      </w:r>
    </w:p>
    <w:p w14:paraId="39DD1111" w14:textId="77777777" w:rsidR="00405F98" w:rsidRDefault="00000000">
      <w:r>
        <w:rPr>
          <w:b/>
        </w:rPr>
        <w:t>13. Is this a partnership bid?</w:t>
      </w:r>
    </w:p>
    <w:p w14:paraId="70E49C4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</w:t>
      </w:r>
    </w:p>
    <w:p w14:paraId="0D4D421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</w:t>
      </w:r>
    </w:p>
    <w:p w14:paraId="67ED399B" w14:textId="77777777" w:rsidR="00405F98" w:rsidRDefault="00000000">
      <w:pPr>
        <w:pStyle w:val="Note"/>
      </w:pPr>
      <w:r>
        <w:t>Requests over £50,000 must select Yes.</w:t>
      </w:r>
    </w:p>
    <w:p w14:paraId="12C7D391" w14:textId="77777777" w:rsidR="00405F98" w:rsidRDefault="00000000">
      <w:r>
        <w:rPr>
          <w:b/>
          <w:color w:val="17365D"/>
        </w:rPr>
        <w:t>14. PARTNERSHIP BIDS ONLY: Name the lead organisation and explain why it should manage the grant.</w:t>
      </w:r>
    </w:p>
    <w:p w14:paraId="170C1681" w14:textId="77777777" w:rsidR="00405F98" w:rsidRDefault="00000000">
      <w:pPr>
        <w:pStyle w:val="Note"/>
      </w:pPr>
      <w:r>
        <w:t>Maximum 400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5CB0102C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5C8088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5FB658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72C10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563692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1C6E26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5E94BD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20F1B4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897024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43E7B0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C02F90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918B64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415536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12D643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5699A7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F57D24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72B8C3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68765FD7" w14:textId="77777777" w:rsidR="002B273F" w:rsidRDefault="002B273F">
      <w:pPr>
        <w:rPr>
          <w:b/>
          <w:color w:val="17365D"/>
        </w:rPr>
      </w:pPr>
    </w:p>
    <w:p w14:paraId="7B2034E9" w14:textId="77777777" w:rsidR="002B273F" w:rsidRDefault="002B273F">
      <w:pPr>
        <w:rPr>
          <w:b/>
          <w:color w:val="17365D"/>
        </w:rPr>
      </w:pPr>
    </w:p>
    <w:p w14:paraId="69694651" w14:textId="2047BCBC" w:rsidR="00405F98" w:rsidRDefault="00000000">
      <w:r>
        <w:rPr>
          <w:b/>
          <w:color w:val="17365D"/>
        </w:rPr>
        <w:lastRenderedPageBreak/>
        <w:t>15. PARTNERSHIP BIDS ONLY: List delivery partners and each role, responsibility and contribution.</w:t>
      </w:r>
    </w:p>
    <w:p w14:paraId="06BB8592" w14:textId="77777777" w:rsidR="00405F98" w:rsidRDefault="00000000">
      <w:pPr>
        <w:pStyle w:val="Note"/>
      </w:pPr>
      <w:r>
        <w:t>Maximum 600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744F6685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2FFD3F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B7428E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2516B1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88687B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C11EF1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0F4F1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15A2A5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B16387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E80512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BB5C94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7F7F5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E8C2C8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294FEB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8FDDF2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E666EA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AAFB8D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252BE1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B54263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64BEBD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A396B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3D9846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AB95DC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251CE43E" w14:textId="77777777" w:rsidR="00405F98" w:rsidRDefault="00000000">
      <w:r>
        <w:rPr>
          <w:b/>
          <w:color w:val="17365D"/>
        </w:rPr>
        <w:t>16. PARTNERSHIP BIDS ONLY: Explain partnership governance, decisions, risks, information sharing and accountability.</w:t>
      </w:r>
    </w:p>
    <w:p w14:paraId="606CF5F7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6B552190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F24DD9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455FA6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0173B6E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F3D91D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80FD21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1FBDFD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6C76EB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BEEFEA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AC31E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03075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E3C823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25B94D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E6A3D1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CB7A48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C2EC55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954E08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36CA6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FEA03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3BF58B5F" w14:textId="77777777" w:rsidR="00405F98" w:rsidRDefault="00000000">
      <w:r>
        <w:rPr>
          <w:b/>
          <w:color w:val="17365D"/>
        </w:rPr>
        <w:lastRenderedPageBreak/>
        <w:t>17. PARTNERSHIP BIDS ONLY: Describe existing arrangements and evidence partner commitment.</w:t>
      </w:r>
    </w:p>
    <w:p w14:paraId="55F0914E" w14:textId="77777777" w:rsidR="00405F98" w:rsidRDefault="00000000">
      <w:pPr>
        <w:pStyle w:val="Note"/>
      </w:pPr>
      <w:r>
        <w:t>Maximum 400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1E790D87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903365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48EC7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7A38B6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828053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25E346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30C35B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74B9F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70E28F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5458FF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B0346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5AD7D03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45C155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BAC77E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28016E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6FB9B3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D7EA47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2508BDC6" w14:textId="77777777" w:rsidR="00405F98" w:rsidRDefault="00000000">
      <w:r>
        <w:lastRenderedPageBreak/>
        <w:br w:type="page"/>
      </w:r>
    </w:p>
    <w:p w14:paraId="5B652494" w14:textId="77777777" w:rsidR="00405F98" w:rsidRDefault="00000000">
      <w:pPr>
        <w:pStyle w:val="Heading1"/>
      </w:pPr>
      <w:r>
        <w:lastRenderedPageBreak/>
        <w:t>Section 3: About your project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74"/>
        <w:gridCol w:w="236"/>
      </w:tblGrid>
      <w:tr w:rsidR="00405F98" w14:paraId="338571DF" w14:textId="77777777" w:rsidTr="002B273F">
        <w:trPr>
          <w:trHeight w:val="792"/>
          <w:jc w:val="center"/>
        </w:trPr>
        <w:tc>
          <w:tcPr>
            <w:tcW w:w="9274" w:type="dxa"/>
            <w:shd w:val="clear" w:color="auto" w:fill="EAF2F8"/>
          </w:tcPr>
          <w:p w14:paraId="52391ED3" w14:textId="77777777" w:rsidR="00405F98" w:rsidRDefault="00000000">
            <w:r>
              <w:rPr>
                <w:b/>
              </w:rPr>
              <w:t>18. Project / activity name</w:t>
            </w:r>
          </w:p>
        </w:tc>
        <w:tc>
          <w:tcPr>
            <w:tcW w:w="236" w:type="dxa"/>
          </w:tcPr>
          <w:p w14:paraId="7460756B" w14:textId="77777777" w:rsidR="00405F98" w:rsidRDefault="00405F98"/>
        </w:tc>
      </w:tr>
    </w:tbl>
    <w:p w14:paraId="216E5659" w14:textId="77777777" w:rsidR="00405F98" w:rsidRDefault="00000000">
      <w:r>
        <w:rPr>
          <w:b/>
          <w:color w:val="17365D"/>
        </w:rPr>
        <w:t>19. Provide a detailed description of the activity.</w:t>
      </w:r>
    </w:p>
    <w:p w14:paraId="20F3621C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1F4C6DA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407947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D7F10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4651D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BD823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9392FF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F1716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698DE2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190490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74F565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9B0CAB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E5D601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F3C202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0A980A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1B991D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71B97E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9E58D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C43D7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C7647D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0AE952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49D3D7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638CA8E7" w14:textId="77777777" w:rsidR="002B273F" w:rsidRDefault="002B273F">
      <w:pPr>
        <w:rPr>
          <w:b/>
          <w:color w:val="17365D"/>
        </w:rPr>
      </w:pPr>
    </w:p>
    <w:p w14:paraId="65E24996" w14:textId="77777777" w:rsidR="002B273F" w:rsidRDefault="002B273F">
      <w:pPr>
        <w:rPr>
          <w:b/>
          <w:color w:val="17365D"/>
        </w:rPr>
      </w:pPr>
    </w:p>
    <w:p w14:paraId="3FE26AE8" w14:textId="77777777" w:rsidR="002B273F" w:rsidRDefault="002B273F">
      <w:pPr>
        <w:rPr>
          <w:b/>
          <w:color w:val="17365D"/>
        </w:rPr>
      </w:pPr>
    </w:p>
    <w:p w14:paraId="52167A13" w14:textId="352DFA27" w:rsidR="00405F98" w:rsidRDefault="00000000">
      <w:r>
        <w:rPr>
          <w:b/>
          <w:color w:val="17365D"/>
        </w:rPr>
        <w:lastRenderedPageBreak/>
        <w:t>20. Which communities or people will benefit?</w:t>
      </w:r>
    </w:p>
    <w:p w14:paraId="43561AC5" w14:textId="77777777" w:rsidR="00405F98" w:rsidRDefault="00000000">
      <w:pPr>
        <w:pStyle w:val="Note"/>
      </w:pPr>
      <w:r>
        <w:t>Maximum 300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E2B9169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94DD8A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7E27E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CDDEE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EDF64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C0EB77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A16C1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ABC344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12E48A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7A7209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9A117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E9D6BB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39D84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74"/>
        <w:gridCol w:w="236"/>
      </w:tblGrid>
      <w:tr w:rsidR="00405F98" w14:paraId="722FED50" w14:textId="77777777" w:rsidTr="002B273F">
        <w:trPr>
          <w:trHeight w:val="792"/>
          <w:jc w:val="center"/>
        </w:trPr>
        <w:tc>
          <w:tcPr>
            <w:tcW w:w="9274" w:type="dxa"/>
            <w:shd w:val="clear" w:color="auto" w:fill="EAF2F8"/>
          </w:tcPr>
          <w:p w14:paraId="28762CA8" w14:textId="77777777" w:rsidR="00405F98" w:rsidRDefault="00000000">
            <w:r>
              <w:rPr>
                <w:b/>
              </w:rPr>
              <w:t>21. Expected number of people supported</w:t>
            </w:r>
          </w:p>
        </w:tc>
        <w:tc>
          <w:tcPr>
            <w:tcW w:w="236" w:type="dxa"/>
          </w:tcPr>
          <w:p w14:paraId="589BF5C2" w14:textId="77777777" w:rsidR="00405F98" w:rsidRDefault="00405F98"/>
        </w:tc>
      </w:tr>
      <w:tr w:rsidR="00405F98" w14:paraId="684CE5EC" w14:textId="77777777" w:rsidTr="002B273F">
        <w:trPr>
          <w:trHeight w:val="1152"/>
          <w:jc w:val="center"/>
        </w:trPr>
        <w:tc>
          <w:tcPr>
            <w:tcW w:w="9274" w:type="dxa"/>
            <w:shd w:val="clear" w:color="auto" w:fill="EAF2F8"/>
          </w:tcPr>
          <w:p w14:paraId="33B00E19" w14:textId="77777777" w:rsidR="00405F98" w:rsidRDefault="00000000">
            <w:r>
              <w:rPr>
                <w:b/>
              </w:rPr>
              <w:t>22. Ward(s) or area(s)</w:t>
            </w:r>
          </w:p>
        </w:tc>
        <w:tc>
          <w:tcPr>
            <w:tcW w:w="236" w:type="dxa"/>
          </w:tcPr>
          <w:p w14:paraId="0419AEA0" w14:textId="77777777" w:rsidR="00405F98" w:rsidRDefault="00405F98"/>
        </w:tc>
      </w:tr>
      <w:tr w:rsidR="00405F98" w14:paraId="27A9B3E5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691D789B" w14:textId="77777777" w:rsidR="00405F98" w:rsidRDefault="00000000">
            <w:r>
              <w:rPr>
                <w:b/>
              </w:rPr>
              <w:t>Proposed start date</w:t>
            </w:r>
          </w:p>
        </w:tc>
        <w:tc>
          <w:tcPr>
            <w:tcW w:w="236" w:type="dxa"/>
          </w:tcPr>
          <w:p w14:paraId="2AA8C566" w14:textId="77777777" w:rsidR="00405F98" w:rsidRDefault="00405F98"/>
        </w:tc>
      </w:tr>
      <w:tr w:rsidR="00405F98" w14:paraId="32C7A713" w14:textId="77777777" w:rsidTr="002B273F">
        <w:trPr>
          <w:trHeight w:val="720"/>
          <w:jc w:val="center"/>
        </w:trPr>
        <w:tc>
          <w:tcPr>
            <w:tcW w:w="9274" w:type="dxa"/>
            <w:shd w:val="clear" w:color="auto" w:fill="EAF2F8"/>
          </w:tcPr>
          <w:p w14:paraId="346729DD" w14:textId="77777777" w:rsidR="00405F98" w:rsidRDefault="00000000">
            <w:r>
              <w:rPr>
                <w:b/>
              </w:rPr>
              <w:t>Proposed end date</w:t>
            </w:r>
          </w:p>
        </w:tc>
        <w:tc>
          <w:tcPr>
            <w:tcW w:w="236" w:type="dxa"/>
          </w:tcPr>
          <w:p w14:paraId="74BDDCAC" w14:textId="77777777" w:rsidR="00405F98" w:rsidRDefault="00405F98"/>
        </w:tc>
      </w:tr>
    </w:tbl>
    <w:p w14:paraId="30614FA8" w14:textId="77777777" w:rsidR="00405F98" w:rsidRDefault="00000000">
      <w:r>
        <w:br w:type="page"/>
      </w:r>
    </w:p>
    <w:p w14:paraId="2039AC03" w14:textId="77777777" w:rsidR="00405F98" w:rsidRDefault="00000000">
      <w:pPr>
        <w:pStyle w:val="Heading1"/>
      </w:pPr>
      <w:r>
        <w:lastRenderedPageBreak/>
        <w:t>Section 4: Crisis and Resilience Fund aims</w:t>
      </w:r>
    </w:p>
    <w:p w14:paraId="5F88A99B" w14:textId="77777777" w:rsidR="00405F98" w:rsidRDefault="00000000">
      <w:r>
        <w:rPr>
          <w:b/>
        </w:rPr>
        <w:t>23. Tick all aims your project will contribute to.</w:t>
      </w:r>
    </w:p>
    <w:p w14:paraId="18DF9A32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Increased savings</w:t>
      </w:r>
    </w:p>
    <w:p w14:paraId="552B1F71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Reduced priority debt</w:t>
      </w:r>
    </w:p>
    <w:p w14:paraId="7262237D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Reduced need for emergency food parcels</w:t>
      </w:r>
    </w:p>
    <w:p w14:paraId="39F872C3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Reduced material deprivation</w:t>
      </w:r>
    </w:p>
    <w:p w14:paraId="0B578287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Maximised income</w:t>
      </w:r>
    </w:p>
    <w:p w14:paraId="373726CC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Fewer repeat crisis applications</w:t>
      </w:r>
    </w:p>
    <w:p w14:paraId="59D82AF6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Increased access to appropriate and quality advice services</w:t>
      </w:r>
    </w:p>
    <w:p w14:paraId="54F50AD0" w14:textId="77777777" w:rsidR="00405F98" w:rsidRDefault="00000000">
      <w:r>
        <w:rPr>
          <w:b/>
          <w:color w:val="17365D"/>
        </w:rPr>
        <w:t>24. Explain how the activity will contribute to the selected aim(s).</w:t>
      </w:r>
    </w:p>
    <w:p w14:paraId="57ACB988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D1F6845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8568CC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B6421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5DC9A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0F021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2CFD2B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D3B6A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14293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27F2F4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445851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A0FBC8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BFE2C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46BC96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61B525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326AC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2636733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EDC2B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52DA5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A90085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29DA4C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4C88EE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78F000EB" w14:textId="77777777" w:rsidR="00405F98" w:rsidRDefault="00000000">
      <w:r>
        <w:lastRenderedPageBreak/>
        <w:br w:type="page"/>
      </w:r>
    </w:p>
    <w:p w14:paraId="2A60401E" w14:textId="77777777" w:rsidR="00405F98" w:rsidRDefault="00000000">
      <w:pPr>
        <w:pStyle w:val="Heading1"/>
      </w:pPr>
      <w:r>
        <w:lastRenderedPageBreak/>
        <w:t>Section 5: Strategic priorities for grants over £10,000</w:t>
      </w:r>
    </w:p>
    <w:p w14:paraId="49888568" w14:textId="77777777" w:rsidR="00405F98" w:rsidRDefault="00000000">
      <w:r>
        <w:t>The CRF Advisory Group identified resilience hubs and community infrastructure as a leading priority.</w:t>
      </w:r>
    </w:p>
    <w:p w14:paraId="1572BDB3" w14:textId="77777777" w:rsidR="00405F98" w:rsidRDefault="00000000">
      <w:r>
        <w:rPr>
          <w:b/>
        </w:rPr>
        <w:t>25. Tick all priorities your proposal will deliver.</w:t>
      </w:r>
    </w:p>
    <w:p w14:paraId="6DE44A7A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Increase or enhance resilience hubs</w:t>
      </w:r>
    </w:p>
    <w:p w14:paraId="6A0A0AFA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Safe, welcoming and accessible community space</w:t>
      </w:r>
    </w:p>
    <w:p w14:paraId="1E53FEF3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Multiple agencies or services together</w:t>
      </w:r>
    </w:p>
    <w:p w14:paraId="176879DC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Advice and information</w:t>
      </w:r>
    </w:p>
    <w:p w14:paraId="1E17AEA3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Skills, confidence and financial resilience</w:t>
      </w:r>
    </w:p>
    <w:p w14:paraId="0D93622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Food security</w:t>
      </w:r>
    </w:p>
    <w:p w14:paraId="6A29622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Sustainable food projects</w:t>
      </w:r>
    </w:p>
    <w:p w14:paraId="50A8941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Partnership initiatives</w:t>
      </w:r>
    </w:p>
    <w:p w14:paraId="6E472414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Joined-up district-wide network</w:t>
      </w:r>
    </w:p>
    <w:p w14:paraId="3A4003A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Improved signposting and referral</w:t>
      </w:r>
    </w:p>
    <w:p w14:paraId="44D92F8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Support in underserved, rural or isolated communities</w:t>
      </w:r>
    </w:p>
    <w:p w14:paraId="5B02272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Other strategic resilience activity</w:t>
      </w:r>
    </w:p>
    <w:p w14:paraId="7CA54228" w14:textId="77777777" w:rsidR="00405F98" w:rsidRDefault="00000000">
      <w:r>
        <w:rPr>
          <w:b/>
          <w:color w:val="17365D"/>
        </w:rPr>
        <w:t>26. Based on the boxes ticked above, explain how your proposal will meet these priorities and aims.</w:t>
      </w:r>
    </w:p>
    <w:p w14:paraId="6AE7F8CE" w14:textId="77777777" w:rsidR="00405F98" w:rsidRDefault="00000000">
      <w:pPr>
        <w:pStyle w:val="Note"/>
      </w:pPr>
      <w:r>
        <w:t>Maximum 1,000 words. Cover local need, delivery, hubs or infrastructure, partnership working, advice, skills, food activity, signposting and joined-up support.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2B470DE2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040F5D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7240E7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D4B27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31457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4841DE3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F78A0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075F28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7E6C8D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BB2B93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27945A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172187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2196A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09D541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EAFAB6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4EC76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D43F35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2DA0F8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292116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B3273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BF5392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9F6CB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41B25A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080BB8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5A722E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F2D14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95491E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C6EFCD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E7032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1718FD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CA90C2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C44A34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03832D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703DC8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1A2F8F7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9EB39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C5BD9D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AC17D0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E6408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5FEC5477" w14:textId="77777777" w:rsidR="00405F98" w:rsidRDefault="00000000">
      <w:r>
        <w:lastRenderedPageBreak/>
        <w:br w:type="page"/>
      </w:r>
    </w:p>
    <w:p w14:paraId="0871505F" w14:textId="77777777" w:rsidR="00405F98" w:rsidRDefault="00000000">
      <w:pPr>
        <w:pStyle w:val="Heading1"/>
      </w:pPr>
      <w:r>
        <w:lastRenderedPageBreak/>
        <w:t>Section 6: Need and expected impact</w:t>
      </w:r>
    </w:p>
    <w:p w14:paraId="7E24F8A4" w14:textId="77777777" w:rsidR="00405F98" w:rsidRDefault="00000000">
      <w:r>
        <w:rPr>
          <w:b/>
        </w:rPr>
        <w:t>27. How do you know this need exists? Tick all that apply.</w:t>
      </w:r>
    </w:p>
    <w:p w14:paraId="6B63AB41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Community feedback</w:t>
      </w:r>
    </w:p>
    <w:p w14:paraId="69ADCA3B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Experience delivering services</w:t>
      </w:r>
    </w:p>
    <w:p w14:paraId="4B342FB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Local data or research</w:t>
      </w:r>
    </w:p>
    <w:p w14:paraId="2C1884F6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Referrals or waiting lists</w:t>
      </w:r>
    </w:p>
    <w:p w14:paraId="43B18B4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Other, explained below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715B72EA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D39590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C18E51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218854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1BD04E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B72CAA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DD5E26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5C54719E" w14:textId="77777777" w:rsidR="00405F98" w:rsidRDefault="00000000">
      <w:r>
        <w:rPr>
          <w:b/>
          <w:color w:val="17365D"/>
        </w:rPr>
        <w:t>28. What difference do you expect the project to make?</w:t>
      </w:r>
    </w:p>
    <w:p w14:paraId="2E97A8EB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2C49F030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B38162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1B6239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38040C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A4111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D4336A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694B52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1F594A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553653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B5FA7F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FBB47D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1EBF8A7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52F2FF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E50474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CAAD1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25ECD1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9EE58E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D63BB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0BD973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45E507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1412C3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2B903073" w14:textId="77777777" w:rsidR="00405F98" w:rsidRDefault="00000000">
      <w:r>
        <w:rPr>
          <w:b/>
          <w:color w:val="17365D"/>
        </w:rPr>
        <w:lastRenderedPageBreak/>
        <w:t>29. How has lived experience or community involvement shaped the proposal?</w:t>
      </w:r>
    </w:p>
    <w:p w14:paraId="559F8727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B5BB7C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410BD6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13F96B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F8623C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176AC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56813D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4CDAD6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82AFF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A4BB1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3AA5BF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995E65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B1B35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A3A5C2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BEF64C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F9B06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AF173A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BEDA5E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3702748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3CF7D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1FCF80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0C4076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48A544B3" w14:textId="77777777" w:rsidR="00405F98" w:rsidRDefault="00000000">
      <w:r>
        <w:rPr>
          <w:b/>
          <w:color w:val="17365D"/>
        </w:rPr>
        <w:lastRenderedPageBreak/>
        <w:t>30. How will the proposal reduce inequalities and ensure support is accessible?</w:t>
      </w:r>
    </w:p>
    <w:p w14:paraId="07495BDA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25F84F47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4555EF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29CA8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04A925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7DD584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19107A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3DFFD7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30BAFF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26AB31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265EFF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BB2E8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9861C8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02138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FB3243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68212F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71EB9F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0D20F7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5A7A83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BEDF07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23004C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7348C5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08506574" w14:textId="77777777" w:rsidR="002B273F" w:rsidRDefault="002B273F">
      <w:pPr>
        <w:rPr>
          <w:b/>
          <w:color w:val="17365D"/>
        </w:rPr>
      </w:pPr>
    </w:p>
    <w:p w14:paraId="42062BB0" w14:textId="1818BE7C" w:rsidR="00405F98" w:rsidRDefault="00000000">
      <w:r>
        <w:rPr>
          <w:b/>
          <w:color w:val="17365D"/>
        </w:rPr>
        <w:lastRenderedPageBreak/>
        <w:t>31. How will the activity be sustained or embedded after CRF funding ends?</w:t>
      </w:r>
    </w:p>
    <w:p w14:paraId="01C6D110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4ED2A35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34F09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A24116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4BBC19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FF2B7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532DA4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AEDC20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E3911E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E71C8A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E2C804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C42A93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62997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5A5649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50F99F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293692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C36131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8791A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8EC93C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6ED414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ED5B4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AD314D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01D02AE7" w14:textId="77777777" w:rsidR="00405F98" w:rsidRDefault="00000000">
      <w:r>
        <w:br w:type="page"/>
      </w:r>
    </w:p>
    <w:p w14:paraId="2A0A968B" w14:textId="77777777" w:rsidR="00405F98" w:rsidRDefault="00000000">
      <w:pPr>
        <w:pStyle w:val="Heading1"/>
      </w:pPr>
      <w:r>
        <w:lastRenderedPageBreak/>
        <w:t>Section 7: Funding requested and value for money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74"/>
        <w:gridCol w:w="236"/>
      </w:tblGrid>
      <w:tr w:rsidR="00405F98" w14:paraId="31BFA589" w14:textId="77777777" w:rsidTr="002B273F">
        <w:trPr>
          <w:trHeight w:val="792"/>
          <w:jc w:val="center"/>
        </w:trPr>
        <w:tc>
          <w:tcPr>
            <w:tcW w:w="9274" w:type="dxa"/>
            <w:shd w:val="clear" w:color="auto" w:fill="EAF2F8"/>
          </w:tcPr>
          <w:p w14:paraId="733E15EE" w14:textId="1464AD2A" w:rsidR="00405F98" w:rsidRDefault="00000000">
            <w:r>
              <w:rPr>
                <w:b/>
              </w:rPr>
              <w:t>32. Amount requested (over £10,000)</w:t>
            </w:r>
            <w:r w:rsidR="002B273F">
              <w:rPr>
                <w:b/>
              </w:rPr>
              <w:t xml:space="preserve">   =</w:t>
            </w:r>
          </w:p>
        </w:tc>
        <w:tc>
          <w:tcPr>
            <w:tcW w:w="236" w:type="dxa"/>
          </w:tcPr>
          <w:p w14:paraId="2FDC4E96" w14:textId="77777777" w:rsidR="00405F98" w:rsidRDefault="00405F98"/>
        </w:tc>
      </w:tr>
    </w:tbl>
    <w:p w14:paraId="203E58D4" w14:textId="77777777" w:rsidR="00405F98" w:rsidRDefault="00000000">
      <w:r>
        <w:rPr>
          <w:b/>
        </w:rPr>
        <w:t>33. Provide a breakdown of estimated costs.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272"/>
        <w:gridCol w:w="1728"/>
      </w:tblGrid>
      <w:tr w:rsidR="00405F98" w14:paraId="2040B97B" w14:textId="77777777">
        <w:trPr>
          <w:jc w:val="center"/>
        </w:trPr>
        <w:tc>
          <w:tcPr>
            <w:tcW w:w="7272" w:type="dxa"/>
            <w:shd w:val="clear" w:color="auto" w:fill="17365D"/>
          </w:tcPr>
          <w:p w14:paraId="12E2919D" w14:textId="77777777" w:rsidR="00405F98" w:rsidRDefault="00000000">
            <w:r>
              <w:rPr>
                <w:b/>
                <w:color w:val="FFFFFF"/>
              </w:rPr>
              <w:t>Item / activity</w:t>
            </w:r>
          </w:p>
        </w:tc>
        <w:tc>
          <w:tcPr>
            <w:tcW w:w="1728" w:type="dxa"/>
            <w:shd w:val="clear" w:color="auto" w:fill="17365D"/>
          </w:tcPr>
          <w:p w14:paraId="18F8EA49" w14:textId="77777777" w:rsidR="00405F98" w:rsidRDefault="00000000">
            <w:r>
              <w:rPr>
                <w:b/>
                <w:color w:val="FFFFFF"/>
              </w:rPr>
              <w:t>Cost (£)</w:t>
            </w:r>
          </w:p>
        </w:tc>
      </w:tr>
      <w:tr w:rsidR="00405F98" w14:paraId="17CE2661" w14:textId="77777777">
        <w:trPr>
          <w:trHeight w:val="504"/>
          <w:jc w:val="center"/>
        </w:trPr>
        <w:tc>
          <w:tcPr>
            <w:tcW w:w="7272" w:type="dxa"/>
          </w:tcPr>
          <w:p w14:paraId="6E1857AE" w14:textId="77777777" w:rsidR="00405F98" w:rsidRDefault="00405F98"/>
        </w:tc>
        <w:tc>
          <w:tcPr>
            <w:tcW w:w="1728" w:type="dxa"/>
          </w:tcPr>
          <w:p w14:paraId="36E8B0A9" w14:textId="77777777" w:rsidR="00405F98" w:rsidRDefault="00405F98"/>
        </w:tc>
      </w:tr>
      <w:tr w:rsidR="00405F98" w14:paraId="4EDCE682" w14:textId="77777777">
        <w:trPr>
          <w:trHeight w:val="504"/>
          <w:jc w:val="center"/>
        </w:trPr>
        <w:tc>
          <w:tcPr>
            <w:tcW w:w="7272" w:type="dxa"/>
          </w:tcPr>
          <w:p w14:paraId="5AA308B1" w14:textId="77777777" w:rsidR="00405F98" w:rsidRDefault="00405F98"/>
        </w:tc>
        <w:tc>
          <w:tcPr>
            <w:tcW w:w="1728" w:type="dxa"/>
          </w:tcPr>
          <w:p w14:paraId="3B9143A5" w14:textId="77777777" w:rsidR="00405F98" w:rsidRDefault="00405F98"/>
        </w:tc>
      </w:tr>
      <w:tr w:rsidR="00405F98" w14:paraId="1EC435F3" w14:textId="77777777">
        <w:trPr>
          <w:trHeight w:val="504"/>
          <w:jc w:val="center"/>
        </w:trPr>
        <w:tc>
          <w:tcPr>
            <w:tcW w:w="7272" w:type="dxa"/>
          </w:tcPr>
          <w:p w14:paraId="0B83F3B4" w14:textId="77777777" w:rsidR="00405F98" w:rsidRDefault="00405F98"/>
        </w:tc>
        <w:tc>
          <w:tcPr>
            <w:tcW w:w="1728" w:type="dxa"/>
          </w:tcPr>
          <w:p w14:paraId="6028F823" w14:textId="77777777" w:rsidR="00405F98" w:rsidRDefault="00405F98"/>
        </w:tc>
      </w:tr>
      <w:tr w:rsidR="00405F98" w14:paraId="5071ACF9" w14:textId="77777777">
        <w:trPr>
          <w:trHeight w:val="504"/>
          <w:jc w:val="center"/>
        </w:trPr>
        <w:tc>
          <w:tcPr>
            <w:tcW w:w="7272" w:type="dxa"/>
          </w:tcPr>
          <w:p w14:paraId="68567FF2" w14:textId="77777777" w:rsidR="00405F98" w:rsidRDefault="00405F98"/>
        </w:tc>
        <w:tc>
          <w:tcPr>
            <w:tcW w:w="1728" w:type="dxa"/>
          </w:tcPr>
          <w:p w14:paraId="59774A7E" w14:textId="77777777" w:rsidR="00405F98" w:rsidRDefault="00405F98"/>
        </w:tc>
      </w:tr>
      <w:tr w:rsidR="00405F98" w14:paraId="140B313D" w14:textId="77777777">
        <w:trPr>
          <w:trHeight w:val="504"/>
          <w:jc w:val="center"/>
        </w:trPr>
        <w:tc>
          <w:tcPr>
            <w:tcW w:w="7272" w:type="dxa"/>
          </w:tcPr>
          <w:p w14:paraId="3405A732" w14:textId="77777777" w:rsidR="00405F98" w:rsidRDefault="00405F98"/>
        </w:tc>
        <w:tc>
          <w:tcPr>
            <w:tcW w:w="1728" w:type="dxa"/>
          </w:tcPr>
          <w:p w14:paraId="57EC01BA" w14:textId="77777777" w:rsidR="00405F98" w:rsidRDefault="00405F98"/>
        </w:tc>
      </w:tr>
      <w:tr w:rsidR="00405F98" w14:paraId="6529DC3D" w14:textId="77777777">
        <w:trPr>
          <w:trHeight w:val="504"/>
          <w:jc w:val="center"/>
        </w:trPr>
        <w:tc>
          <w:tcPr>
            <w:tcW w:w="7272" w:type="dxa"/>
          </w:tcPr>
          <w:p w14:paraId="0C6C9D85" w14:textId="77777777" w:rsidR="00405F98" w:rsidRDefault="00405F98"/>
        </w:tc>
        <w:tc>
          <w:tcPr>
            <w:tcW w:w="1728" w:type="dxa"/>
          </w:tcPr>
          <w:p w14:paraId="3DE3BF2C" w14:textId="77777777" w:rsidR="00405F98" w:rsidRDefault="00405F98"/>
        </w:tc>
      </w:tr>
      <w:tr w:rsidR="00405F98" w14:paraId="12AF3FCC" w14:textId="77777777">
        <w:trPr>
          <w:trHeight w:val="504"/>
          <w:jc w:val="center"/>
        </w:trPr>
        <w:tc>
          <w:tcPr>
            <w:tcW w:w="7272" w:type="dxa"/>
          </w:tcPr>
          <w:p w14:paraId="11F30786" w14:textId="77777777" w:rsidR="00405F98" w:rsidRDefault="00405F98"/>
        </w:tc>
        <w:tc>
          <w:tcPr>
            <w:tcW w:w="1728" w:type="dxa"/>
          </w:tcPr>
          <w:p w14:paraId="337460B8" w14:textId="77777777" w:rsidR="00405F98" w:rsidRDefault="00405F98"/>
        </w:tc>
      </w:tr>
      <w:tr w:rsidR="00405F98" w14:paraId="58799024" w14:textId="77777777">
        <w:trPr>
          <w:trHeight w:val="504"/>
          <w:jc w:val="center"/>
        </w:trPr>
        <w:tc>
          <w:tcPr>
            <w:tcW w:w="7272" w:type="dxa"/>
          </w:tcPr>
          <w:p w14:paraId="682F3D7D" w14:textId="77777777" w:rsidR="00405F98" w:rsidRDefault="00405F98"/>
        </w:tc>
        <w:tc>
          <w:tcPr>
            <w:tcW w:w="1728" w:type="dxa"/>
          </w:tcPr>
          <w:p w14:paraId="7756D014" w14:textId="77777777" w:rsidR="00405F98" w:rsidRDefault="00405F98"/>
        </w:tc>
      </w:tr>
      <w:tr w:rsidR="00405F98" w14:paraId="06399AC6" w14:textId="77777777">
        <w:trPr>
          <w:trHeight w:val="504"/>
          <w:jc w:val="center"/>
        </w:trPr>
        <w:tc>
          <w:tcPr>
            <w:tcW w:w="7272" w:type="dxa"/>
          </w:tcPr>
          <w:p w14:paraId="4A9B9F1A" w14:textId="77777777" w:rsidR="00405F98" w:rsidRDefault="00405F98"/>
        </w:tc>
        <w:tc>
          <w:tcPr>
            <w:tcW w:w="1728" w:type="dxa"/>
          </w:tcPr>
          <w:p w14:paraId="4F33831C" w14:textId="77777777" w:rsidR="00405F98" w:rsidRDefault="00405F98"/>
        </w:tc>
      </w:tr>
      <w:tr w:rsidR="00405F98" w14:paraId="11564C6F" w14:textId="77777777">
        <w:trPr>
          <w:trHeight w:val="504"/>
          <w:jc w:val="center"/>
        </w:trPr>
        <w:tc>
          <w:tcPr>
            <w:tcW w:w="7272" w:type="dxa"/>
          </w:tcPr>
          <w:p w14:paraId="6AF349FC" w14:textId="77777777" w:rsidR="00405F98" w:rsidRDefault="00405F98"/>
        </w:tc>
        <w:tc>
          <w:tcPr>
            <w:tcW w:w="1728" w:type="dxa"/>
          </w:tcPr>
          <w:p w14:paraId="126A4142" w14:textId="77777777" w:rsidR="00405F98" w:rsidRDefault="00405F98"/>
        </w:tc>
      </w:tr>
      <w:tr w:rsidR="00405F98" w14:paraId="50D722C0" w14:textId="77777777">
        <w:trPr>
          <w:jc w:val="center"/>
        </w:trPr>
        <w:tc>
          <w:tcPr>
            <w:tcW w:w="7272" w:type="dxa"/>
            <w:shd w:val="clear" w:color="auto" w:fill="EAF2F8"/>
          </w:tcPr>
          <w:p w14:paraId="36BEEE6E" w14:textId="77777777" w:rsidR="00405F98" w:rsidRDefault="00000000">
            <w:r>
              <w:t>TOTAL ESTIMATED COST</w:t>
            </w:r>
          </w:p>
        </w:tc>
        <w:tc>
          <w:tcPr>
            <w:tcW w:w="1728" w:type="dxa"/>
            <w:shd w:val="clear" w:color="auto" w:fill="EAF2F8"/>
          </w:tcPr>
          <w:p w14:paraId="55CDBCF7" w14:textId="77777777" w:rsidR="00405F98" w:rsidRDefault="00000000">
            <w:r>
              <w:t>£</w:t>
            </w:r>
          </w:p>
        </w:tc>
      </w:tr>
    </w:tbl>
    <w:p w14:paraId="685D037A" w14:textId="77777777" w:rsidR="00405F98" w:rsidRDefault="00000000">
      <w:r>
        <w:rPr>
          <w:b/>
        </w:rPr>
        <w:t>34. Have you applied for or received other funding?</w:t>
      </w:r>
    </w:p>
    <w:p w14:paraId="535B5675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</w:t>
      </w:r>
    </w:p>
    <w:p w14:paraId="721098F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details below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5FF19E22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1CA6E5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DF6E0A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316697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DD8436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C9DE1F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</w:tc>
      </w:tr>
    </w:tbl>
    <w:p w14:paraId="534C7869" w14:textId="77777777" w:rsidR="00405F98" w:rsidRDefault="00000000">
      <w:r>
        <w:rPr>
          <w:b/>
          <w:color w:val="17365D"/>
        </w:rPr>
        <w:lastRenderedPageBreak/>
        <w:t>35. Explain how the proposal represents value for money.</w:t>
      </w:r>
    </w:p>
    <w:p w14:paraId="37B429DD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6D9BF43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5B6D55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222F3C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1EDC65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9DFF82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03F377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43EFD5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F8A907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1D4B0C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78E4E5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960DC4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3EEE31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E89A5C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AA337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842F9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F22C73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42540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F9DE3D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7396B9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0E26A0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0B9D3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12F3DD23" w14:textId="77777777" w:rsidR="00405F98" w:rsidRDefault="00000000">
      <w:r>
        <w:rPr>
          <w:b/>
          <w:color w:val="17365D"/>
        </w:rPr>
        <w:t>36. List match funding, in-kind contributions or other resources.</w:t>
      </w:r>
    </w:p>
    <w:p w14:paraId="30773965" w14:textId="77777777" w:rsidR="00405F98" w:rsidRDefault="00000000">
      <w:pPr>
        <w:pStyle w:val="Note"/>
      </w:pPr>
      <w:r>
        <w:t>Maximum 300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7DEF245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8E19B9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21A45F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4FB26B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220827D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ED779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A129C5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703F14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D4BCB1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FBB283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A01BCC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FB454D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426C20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5A512F16" w14:textId="77777777" w:rsidR="00405F98" w:rsidRDefault="00000000">
      <w:r>
        <w:rPr>
          <w:b/>
          <w:color w:val="17365D"/>
        </w:rPr>
        <w:lastRenderedPageBreak/>
        <w:t>37. Explain how financial controls, procurement and expenditure will be managed.</w:t>
      </w:r>
    </w:p>
    <w:p w14:paraId="77883BFA" w14:textId="77777777" w:rsidR="00405F98" w:rsidRDefault="00000000">
      <w:pPr>
        <w:pStyle w:val="Note"/>
      </w:pPr>
      <w:r>
        <w:t>Maximum 400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144AFB8D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4071CF9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36CC8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650E84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EBBD1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6C1F8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610B6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7FF5A8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413E2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3FACFF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08F02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F0DAB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033ED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F8EF6A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994D1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3059A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7ED43B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1BA11BAE" w14:textId="7553D615" w:rsidR="00405F98" w:rsidRDefault="00405F98"/>
    <w:p w14:paraId="0EAF9251" w14:textId="77777777" w:rsidR="00405F98" w:rsidRDefault="00000000">
      <w:pPr>
        <w:pStyle w:val="Heading1"/>
      </w:pPr>
      <w:r>
        <w:t>Section 8: Policies, governance and risk</w:t>
      </w:r>
    </w:p>
    <w:p w14:paraId="008CF86F" w14:textId="77777777" w:rsidR="00405F98" w:rsidRDefault="00000000">
      <w:r>
        <w:rPr>
          <w:b/>
        </w:rPr>
        <w:t>38. Health and safety policy</w:t>
      </w:r>
    </w:p>
    <w:p w14:paraId="3B2366FB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current copy enclosed</w:t>
      </w:r>
    </w:p>
    <w:p w14:paraId="58328EEA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to be provided separately</w:t>
      </w:r>
    </w:p>
    <w:p w14:paraId="26A1833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</w:t>
      </w:r>
    </w:p>
    <w:p w14:paraId="1D34D25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Not applicable, explained below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6B6853D2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E7728C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C634E5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8C0BAA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4C5F6E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9DF26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1C647E4D" w14:textId="77777777" w:rsidR="00405F98" w:rsidRDefault="00000000">
      <w:r>
        <w:rPr>
          <w:b/>
        </w:rPr>
        <w:t>39. Safeguarding policy</w:t>
      </w:r>
    </w:p>
    <w:p w14:paraId="564E0FBC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current copy enclosed</w:t>
      </w:r>
    </w:p>
    <w:p w14:paraId="0BBE8F3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to be provided separately</w:t>
      </w:r>
    </w:p>
    <w:p w14:paraId="2889FF3D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</w:t>
      </w:r>
    </w:p>
    <w:p w14:paraId="5111861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Not applicable, explained below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6288B3AF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8525D1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CA771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448E7C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BF1BA4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3850E7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31623337" w14:textId="77777777" w:rsidR="00405F98" w:rsidRDefault="00000000">
      <w:r>
        <w:rPr>
          <w:b/>
        </w:rPr>
        <w:lastRenderedPageBreak/>
        <w:t>40. Equality and diversity policy</w:t>
      </w:r>
    </w:p>
    <w:p w14:paraId="1F539B60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current copy enclosed</w:t>
      </w:r>
    </w:p>
    <w:p w14:paraId="657C75E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Yes, to be provided separately</w:t>
      </w:r>
    </w:p>
    <w:p w14:paraId="72C442C9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</w:t>
      </w:r>
    </w:p>
    <w:p w14:paraId="6E42FC5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Not applicable, explained below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78B43086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1AD8C35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8C9EF8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5F7574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CDCFA7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4818AB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33B689E7" w14:textId="77777777" w:rsidR="00405F98" w:rsidRDefault="00000000">
      <w:r>
        <w:rPr>
          <w:b/>
        </w:rPr>
        <w:t>41. List other relevant policies, procedures or insurance, including public liability insurance where appropriate.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0BC10AC0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CD53B4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B4F32B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5A358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C4771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718F77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3DB12E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67042D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07C616A9" w14:textId="77777777" w:rsidR="00405F98" w:rsidRDefault="00000000">
      <w:r>
        <w:rPr>
          <w:b/>
          <w:color w:val="17365D"/>
        </w:rPr>
        <w:t>42. Describe the main delivery risks and how they will be managed.</w:t>
      </w:r>
    </w:p>
    <w:p w14:paraId="555FF9A1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457E1E3E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DF8841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EFF75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DF18D8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6CFD06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D7B077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23DB1AD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7A2124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FA536D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036B82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E43209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045D65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23D66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889B05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53F182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08E777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48B091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4E9B6C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515422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B9716C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E509C0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125B13BB" w14:textId="77777777" w:rsidR="00405F98" w:rsidRDefault="00000000">
      <w:r>
        <w:rPr>
          <w:b/>
          <w:color w:val="17365D"/>
        </w:rPr>
        <w:t>43. Describe organisational and partnership capacity to deliver a grant of this size.</w:t>
      </w:r>
    </w:p>
    <w:p w14:paraId="4B10B34A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4332CAEF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ABB0D3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4F740C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C7C58C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965846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6956EA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C2296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CBBF5A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CB738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51B47C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29C5E7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3E0497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5E6FB62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EAB87B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581CB3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F5D300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50867D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E84812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C5B1A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E0E7AC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C8847A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0E9FFBE2" w14:textId="77777777" w:rsidR="00405F98" w:rsidRDefault="00000000">
      <w:r>
        <w:br w:type="page"/>
      </w:r>
    </w:p>
    <w:p w14:paraId="2A8EC466" w14:textId="77777777" w:rsidR="00405F98" w:rsidRDefault="00000000">
      <w:pPr>
        <w:pStyle w:val="Heading1"/>
      </w:pPr>
      <w:r>
        <w:lastRenderedPageBreak/>
        <w:t>Section 9: Bank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120"/>
      </w:tblGrid>
      <w:tr w:rsidR="00405F98" w14:paraId="039A98D6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421158D8" w14:textId="77777777" w:rsidR="00405F98" w:rsidRDefault="00000000">
            <w:r>
              <w:rPr>
                <w:b/>
              </w:rPr>
              <w:t>44. Bank or building society</w:t>
            </w:r>
          </w:p>
        </w:tc>
        <w:tc>
          <w:tcPr>
            <w:tcW w:w="6120" w:type="dxa"/>
          </w:tcPr>
          <w:p w14:paraId="2E8A1D81" w14:textId="77777777" w:rsidR="00405F98" w:rsidRDefault="00405F98"/>
        </w:tc>
      </w:tr>
      <w:tr w:rsidR="00405F98" w14:paraId="52425E93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5CE5FB58" w14:textId="77777777" w:rsidR="00405F98" w:rsidRDefault="00000000">
            <w:r>
              <w:rPr>
                <w:b/>
              </w:rPr>
              <w:t>45. Name on account</w:t>
            </w:r>
          </w:p>
        </w:tc>
        <w:tc>
          <w:tcPr>
            <w:tcW w:w="6120" w:type="dxa"/>
          </w:tcPr>
          <w:p w14:paraId="7DE8423F" w14:textId="77777777" w:rsidR="00405F98" w:rsidRDefault="00405F98"/>
        </w:tc>
      </w:tr>
      <w:tr w:rsidR="00405F98" w14:paraId="064FF931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573318A0" w14:textId="77777777" w:rsidR="00405F98" w:rsidRDefault="00000000">
            <w:r>
              <w:rPr>
                <w:b/>
              </w:rPr>
              <w:t>46. Sort code</w:t>
            </w:r>
          </w:p>
        </w:tc>
        <w:tc>
          <w:tcPr>
            <w:tcW w:w="6120" w:type="dxa"/>
          </w:tcPr>
          <w:p w14:paraId="5E448931" w14:textId="77777777" w:rsidR="00405F98" w:rsidRDefault="00405F98"/>
        </w:tc>
      </w:tr>
      <w:tr w:rsidR="00405F98" w14:paraId="57BBD3B2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45177EDA" w14:textId="77777777" w:rsidR="00405F98" w:rsidRDefault="00000000">
            <w:r>
              <w:rPr>
                <w:b/>
              </w:rPr>
              <w:t>47. Account number</w:t>
            </w:r>
          </w:p>
        </w:tc>
        <w:tc>
          <w:tcPr>
            <w:tcW w:w="6120" w:type="dxa"/>
          </w:tcPr>
          <w:p w14:paraId="316A57EC" w14:textId="77777777" w:rsidR="00405F98" w:rsidRDefault="00405F98"/>
        </w:tc>
      </w:tr>
      <w:tr w:rsidR="00405F98" w14:paraId="6DFCE383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5BB54122" w14:textId="77777777" w:rsidR="00405F98" w:rsidRDefault="00000000">
            <w:r>
              <w:rPr>
                <w:b/>
              </w:rPr>
              <w:t>48. Building society roll number</w:t>
            </w:r>
          </w:p>
        </w:tc>
        <w:tc>
          <w:tcPr>
            <w:tcW w:w="6120" w:type="dxa"/>
          </w:tcPr>
          <w:p w14:paraId="53909DA7" w14:textId="77777777" w:rsidR="00405F98" w:rsidRDefault="00405F98"/>
        </w:tc>
      </w:tr>
    </w:tbl>
    <w:p w14:paraId="19B0FC3F" w14:textId="77777777" w:rsidR="00405F98" w:rsidRDefault="00000000">
      <w:r>
        <w:rPr>
          <w:b/>
          <w:color w:val="17365D"/>
        </w:rPr>
        <w:t>49. If the account belongs to an accountable body or another organisation, provide its name and contact details.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4472FFAA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35C9C6D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8DE0AA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94BC61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AFB524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8F185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A4EF0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0AC6FCF8" w14:textId="77777777" w:rsidR="00405F98" w:rsidRDefault="00000000">
      <w:r>
        <w:br w:type="page"/>
      </w:r>
    </w:p>
    <w:p w14:paraId="0EE37244" w14:textId="77777777" w:rsidR="00405F98" w:rsidRDefault="00000000">
      <w:pPr>
        <w:pStyle w:val="Heading1"/>
      </w:pPr>
      <w:r>
        <w:lastRenderedPageBreak/>
        <w:t>Section 10: Monitoring, outcomes and evaluation</w:t>
      </w:r>
    </w:p>
    <w:p w14:paraId="46A348B6" w14:textId="77777777" w:rsidR="00405F98" w:rsidRDefault="00000000">
      <w:r>
        <w:rPr>
          <w:b/>
          <w:color w:val="17365D"/>
        </w:rPr>
        <w:t>50. How will you measure whether the activity has been successful?</w:t>
      </w:r>
    </w:p>
    <w:p w14:paraId="012935D4" w14:textId="77777777" w:rsidR="00405F98" w:rsidRDefault="00000000">
      <w:pPr>
        <w:pStyle w:val="Note"/>
      </w:pPr>
      <w:r>
        <w:t>Maximum 400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0B28237E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502B2F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398D3B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FE45D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DC9459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D802D9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962C5DE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D4D835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B50C4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A3FD6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33DC99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46C5A6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BD547D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031A07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E649F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FAFE31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A8C8B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1DE64F8C" w14:textId="77777777" w:rsidR="00405F98" w:rsidRDefault="00000000">
      <w:r>
        <w:rPr>
          <w:b/>
        </w:rPr>
        <w:t>51. Confirm the evidence your organisation can provide.</w:t>
      </w:r>
    </w:p>
    <w:p w14:paraId="27867F3C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Number supported</w:t>
      </w:r>
    </w:p>
    <w:p w14:paraId="6DCBDE4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Activities delivered</w:t>
      </w:r>
    </w:p>
    <w:p w14:paraId="411C81C6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Outcomes achieved</w:t>
      </w:r>
    </w:p>
    <w:p w14:paraId="7DAB532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Feedback or case studies</w:t>
      </w:r>
    </w:p>
    <w:p w14:paraId="30A30C24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Photographs with consent</w:t>
      </w:r>
    </w:p>
    <w:p w14:paraId="7A158170" w14:textId="77777777" w:rsidR="00405F98" w:rsidRDefault="00000000">
      <w:pPr>
        <w:ind w:left="259"/>
      </w:pPr>
      <w:r>
        <w:rPr>
          <w:sz w:val="26"/>
        </w:rPr>
        <w:lastRenderedPageBreak/>
        <w:t xml:space="preserve">☐  </w:t>
      </w:r>
      <w:r>
        <w:t>Receipts and invoices</w:t>
      </w:r>
    </w:p>
    <w:p w14:paraId="2613A704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Completed monitoring return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120"/>
      </w:tblGrid>
      <w:tr w:rsidR="00405F98" w14:paraId="671B1FE0" w14:textId="77777777">
        <w:trPr>
          <w:trHeight w:val="936"/>
          <w:jc w:val="center"/>
        </w:trPr>
        <w:tc>
          <w:tcPr>
            <w:tcW w:w="3384" w:type="dxa"/>
            <w:shd w:val="clear" w:color="auto" w:fill="EAF2F8"/>
          </w:tcPr>
          <w:p w14:paraId="5AFB0BB5" w14:textId="77777777" w:rsidR="00405F98" w:rsidRDefault="00000000">
            <w:r>
              <w:rPr>
                <w:b/>
              </w:rPr>
              <w:t>Name of person responsible for monitoring</w:t>
            </w:r>
          </w:p>
        </w:tc>
        <w:tc>
          <w:tcPr>
            <w:tcW w:w="6120" w:type="dxa"/>
          </w:tcPr>
          <w:p w14:paraId="6BFD14FD" w14:textId="77777777" w:rsidR="00405F98" w:rsidRDefault="00405F98"/>
        </w:tc>
      </w:tr>
    </w:tbl>
    <w:p w14:paraId="16A2B8DB" w14:textId="77777777" w:rsidR="00405F98" w:rsidRDefault="00000000">
      <w:r>
        <w:rPr>
          <w:b/>
          <w:color w:val="F4512C"/>
        </w:rPr>
        <w:t>Question 52 is for partnership bids only. Non-partnership applicants leave it blank.</w:t>
      </w:r>
    </w:p>
    <w:p w14:paraId="7B9A7349" w14:textId="77777777" w:rsidR="00405F98" w:rsidRDefault="00000000">
      <w:r>
        <w:rPr>
          <w:b/>
          <w:color w:val="17365D"/>
        </w:rPr>
        <w:t>52. PARTNERSHIP BIDS ONLY: Explain how partners will collect, share and report monitoring information.</w:t>
      </w:r>
    </w:p>
    <w:p w14:paraId="6F45AD87" w14:textId="77777777" w:rsidR="00405F98" w:rsidRDefault="00000000">
      <w:pPr>
        <w:pStyle w:val="Note"/>
      </w:pPr>
      <w:r>
        <w:t>Maximum 400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890AD31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F1F178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6D700F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14C086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CEB0BA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02A839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A064E9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F017C1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702CEB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1C1BB3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039152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EDA55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FED574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F39C9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6EBB97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C3773D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664800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2150F510" w14:textId="77777777" w:rsidR="00405F98" w:rsidRDefault="00000000">
      <w:r>
        <w:rPr>
          <w:b/>
          <w:color w:val="17365D"/>
        </w:rPr>
        <w:t>53. Describe longer-term outcomes and legacy for the district-wide resilience network.</w:t>
      </w:r>
    </w:p>
    <w:p w14:paraId="39D62C7F" w14:textId="77777777" w:rsidR="00405F98" w:rsidRDefault="00000000">
      <w:pPr>
        <w:pStyle w:val="Note"/>
      </w:pPr>
      <w:r>
        <w:t>Maximum 500 words.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2BAEB89F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875DB2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lastRenderedPageBreak/>
              <w:tab/>
            </w:r>
          </w:p>
          <w:p w14:paraId="0C64566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053B05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59FF9C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53E25C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C3C2D64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BA636F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29748D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0D2596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0BD1446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0BF6FF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B37027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8675DC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085C2E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69324C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5F6F91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EBE533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68C1AA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7E7948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A3984F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68ED6AC6" w14:textId="77777777" w:rsidR="00405F98" w:rsidRDefault="00000000">
      <w:r>
        <w:br w:type="page"/>
      </w:r>
    </w:p>
    <w:p w14:paraId="772624EA" w14:textId="77777777" w:rsidR="00405F98" w:rsidRDefault="00000000">
      <w:pPr>
        <w:pStyle w:val="Heading1"/>
      </w:pPr>
      <w:r>
        <w:lastRenderedPageBreak/>
        <w:t>Section 11: Declaration</w:t>
      </w:r>
    </w:p>
    <w:p w14:paraId="0D630FEF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Information is accurate.</w:t>
      </w:r>
    </w:p>
    <w:p w14:paraId="2C66FF18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Funding will be used only for approved activity and costs.</w:t>
      </w:r>
    </w:p>
    <w:p w14:paraId="06550933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Receipts, invoices and records will be retained.</w:t>
      </w:r>
    </w:p>
    <w:p w14:paraId="074E95F7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Monitoring information will be provided.</w:t>
      </w:r>
    </w:p>
    <w:p w14:paraId="6CDBCD30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Funding may be withheld or reclaimed if requirements are not met.</w:t>
      </w:r>
    </w:p>
    <w:p w14:paraId="475BADF0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Necessary safeguarding and insurance arrangements are in place.</w:t>
      </w:r>
    </w:p>
    <w:p w14:paraId="232CA1A3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Lancaster City Council may connect us with other successful organisations and publicise the support offered.</w:t>
      </w:r>
    </w:p>
    <w:p w14:paraId="0241AEB4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PARTNERSHIP BIDS ONLY: All partners have authorised submission and understand their roles.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6120"/>
      </w:tblGrid>
      <w:tr w:rsidR="00405F98" w14:paraId="5635CD16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2CD7E39E" w14:textId="77777777" w:rsidR="00405F98" w:rsidRDefault="00000000">
            <w:r>
              <w:rPr>
                <w:b/>
              </w:rPr>
              <w:t>Name</w:t>
            </w:r>
          </w:p>
        </w:tc>
        <w:tc>
          <w:tcPr>
            <w:tcW w:w="6120" w:type="dxa"/>
          </w:tcPr>
          <w:p w14:paraId="7143EF07" w14:textId="77777777" w:rsidR="00405F98" w:rsidRDefault="00405F98"/>
        </w:tc>
      </w:tr>
      <w:tr w:rsidR="00405F98" w14:paraId="21C7A3A0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6909B469" w14:textId="77777777" w:rsidR="00405F98" w:rsidRDefault="00000000">
            <w:r>
              <w:rPr>
                <w:b/>
              </w:rPr>
              <w:t>Position</w:t>
            </w:r>
          </w:p>
        </w:tc>
        <w:tc>
          <w:tcPr>
            <w:tcW w:w="6120" w:type="dxa"/>
          </w:tcPr>
          <w:p w14:paraId="345AFDCE" w14:textId="77777777" w:rsidR="00405F98" w:rsidRDefault="00405F98"/>
        </w:tc>
      </w:tr>
      <w:tr w:rsidR="00405F98" w14:paraId="28B9B141" w14:textId="77777777">
        <w:trPr>
          <w:trHeight w:val="936"/>
          <w:jc w:val="center"/>
        </w:trPr>
        <w:tc>
          <w:tcPr>
            <w:tcW w:w="3384" w:type="dxa"/>
            <w:shd w:val="clear" w:color="auto" w:fill="EAF2F8"/>
          </w:tcPr>
          <w:p w14:paraId="02DCF829" w14:textId="77777777" w:rsidR="00405F98" w:rsidRDefault="00000000">
            <w:r>
              <w:rPr>
                <w:b/>
              </w:rPr>
              <w:t>Signature</w:t>
            </w:r>
          </w:p>
        </w:tc>
        <w:tc>
          <w:tcPr>
            <w:tcW w:w="6120" w:type="dxa"/>
          </w:tcPr>
          <w:p w14:paraId="7228F7DC" w14:textId="77777777" w:rsidR="00405F98" w:rsidRDefault="00405F98"/>
        </w:tc>
      </w:tr>
      <w:tr w:rsidR="00405F98" w14:paraId="33624C7B" w14:textId="77777777">
        <w:trPr>
          <w:trHeight w:val="720"/>
          <w:jc w:val="center"/>
        </w:trPr>
        <w:tc>
          <w:tcPr>
            <w:tcW w:w="3384" w:type="dxa"/>
            <w:shd w:val="clear" w:color="auto" w:fill="EAF2F8"/>
          </w:tcPr>
          <w:p w14:paraId="76D1DE9B" w14:textId="77777777" w:rsidR="00405F98" w:rsidRDefault="00000000">
            <w:r>
              <w:rPr>
                <w:b/>
              </w:rPr>
              <w:t>Date</w:t>
            </w:r>
          </w:p>
        </w:tc>
        <w:tc>
          <w:tcPr>
            <w:tcW w:w="6120" w:type="dxa"/>
          </w:tcPr>
          <w:p w14:paraId="6C55D1E6" w14:textId="77777777" w:rsidR="00405F98" w:rsidRDefault="00405F98"/>
        </w:tc>
      </w:tr>
    </w:tbl>
    <w:p w14:paraId="5D1CE220" w14:textId="77777777" w:rsidR="00405F98" w:rsidRDefault="00000000">
      <w:pPr>
        <w:pStyle w:val="Heading1"/>
      </w:pPr>
      <w:r>
        <w:t>Submission checklist</w:t>
      </w:r>
    </w:p>
    <w:p w14:paraId="381BBE7E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All relevant questions completed</w:t>
      </w:r>
    </w:p>
    <w:p w14:paraId="1B67AB96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At least one CRF aim selected</w:t>
      </w:r>
    </w:p>
    <w:p w14:paraId="732E5BBA" w14:textId="77777777" w:rsidR="00405F98" w:rsidRDefault="00000000">
      <w:pPr>
        <w:ind w:left="259"/>
      </w:pPr>
      <w:r>
        <w:rPr>
          <w:sz w:val="26"/>
        </w:rPr>
        <w:lastRenderedPageBreak/>
        <w:t xml:space="preserve">☐  </w:t>
      </w:r>
      <w:r>
        <w:t>Partnership questions completed where applicable</w:t>
      </w:r>
    </w:p>
    <w:p w14:paraId="5481DE4A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Strategic priorities completed</w:t>
      </w:r>
    </w:p>
    <w:p w14:paraId="15399022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Constitution enclosed</w:t>
      </w:r>
    </w:p>
    <w:p w14:paraId="5C5B1442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Full cost breakdown provided</w:t>
      </w:r>
    </w:p>
    <w:p w14:paraId="2D2512C0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Policies enclosed or status explained</w:t>
      </w:r>
    </w:p>
    <w:p w14:paraId="024D2360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Monitoring confirmed</w:t>
      </w:r>
    </w:p>
    <w:p w14:paraId="6452C242" w14:textId="77777777" w:rsidR="00405F98" w:rsidRDefault="00000000">
      <w:pPr>
        <w:ind w:left="259"/>
      </w:pPr>
      <w:r>
        <w:rPr>
          <w:sz w:val="26"/>
        </w:rPr>
        <w:t xml:space="preserve">☐  </w:t>
      </w:r>
      <w:r>
        <w:t>Declaration signed and dated</w:t>
      </w:r>
    </w:p>
    <w:p w14:paraId="55F35A82" w14:textId="77777777" w:rsidR="00405F98" w:rsidRDefault="00000000">
      <w:r>
        <w:br w:type="page"/>
      </w:r>
    </w:p>
    <w:p w14:paraId="73E419B8" w14:textId="77777777" w:rsidR="00405F98" w:rsidRDefault="00000000">
      <w:pPr>
        <w:pStyle w:val="Heading1"/>
      </w:pPr>
      <w:r>
        <w:lastRenderedPageBreak/>
        <w:t>Additional information (optional)</w:t>
      </w:r>
    </w:p>
    <w:p w14:paraId="10BBA8A6" w14:textId="77777777" w:rsidR="00405F98" w:rsidRDefault="00000000">
      <w:pPr>
        <w:pStyle w:val="Note"/>
      </w:pPr>
      <w:r>
        <w:t>Use this page for any additional information. Identify the relevant question or section.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24"/>
      </w:tblGrid>
      <w:tr w:rsidR="00405F98" w14:paraId="3308A263" w14:textId="77777777">
        <w:tc>
          <w:tcPr>
            <w:tcW w:w="10224" w:type="dxa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0A41A513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366894B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FADCF58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9F85FA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87A46B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5F8758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7C2D1E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7FC6F4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A45CC2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2B5304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C0A24A1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C2C1299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01D256D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D596497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6974FECC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85FD850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FFA46BD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F7873AF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2AFAF52A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789C180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751F712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3E80283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55935BB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1132228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  <w:p w14:paraId="4B631425" w14:textId="77777777" w:rsidR="00405F98" w:rsidRDefault="00000000">
            <w:pPr>
              <w:tabs>
                <w:tab w:val="left" w:leader="underscore" w:pos="8450"/>
              </w:tabs>
              <w:spacing w:after="100"/>
            </w:pPr>
            <w:r>
              <w:tab/>
            </w:r>
          </w:p>
        </w:tc>
      </w:tr>
    </w:tbl>
    <w:p w14:paraId="6D4A8CB9" w14:textId="77777777" w:rsidR="00841CAD" w:rsidRDefault="00841CAD"/>
    <w:sectPr w:rsidR="00841CAD" w:rsidSect="00034616">
      <w:headerReference w:type="default" r:id="rId8"/>
      <w:footerReference w:type="default" r:id="rId9"/>
      <w:pgSz w:w="12240" w:h="15840"/>
      <w:pgMar w:top="1555" w:right="1008" w:bottom="1181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65983" w14:textId="77777777" w:rsidR="00841CAD" w:rsidRDefault="00841CAD">
      <w:pPr>
        <w:spacing w:after="0" w:line="240" w:lineRule="auto"/>
      </w:pPr>
      <w:r>
        <w:separator/>
      </w:r>
    </w:p>
  </w:endnote>
  <w:endnote w:type="continuationSeparator" w:id="0">
    <w:p w14:paraId="364FA28C" w14:textId="77777777" w:rsidR="00841CAD" w:rsidRDefault="00841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04EF" w14:textId="77777777" w:rsidR="00405F98" w:rsidRDefault="00405F98">
    <w:pPr>
      <w:pStyle w:val="Foot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8496"/>
      <w:gridCol w:w="1584"/>
    </w:tblGrid>
    <w:tr w:rsidR="00405F98" w14:paraId="4A68E374" w14:textId="77777777">
      <w:tc>
        <w:tcPr>
          <w:tcW w:w="8496" w:type="dxa"/>
        </w:tcPr>
        <w:p w14:paraId="51113118" w14:textId="77777777" w:rsidR="00405F98" w:rsidRDefault="00000000">
          <w:r>
            <w:rPr>
              <w:color w:val="5A5A5A"/>
              <w:sz w:val="16"/>
            </w:rPr>
            <w:t>CRF Resilience Grant Application over £</w:t>
          </w:r>
          <w:proofErr w:type="gramStart"/>
          <w:r>
            <w:rPr>
              <w:color w:val="5A5A5A"/>
              <w:sz w:val="16"/>
            </w:rPr>
            <w:t>10,000  |</w:t>
          </w:r>
          <w:proofErr w:type="gramEnd"/>
          <w:r>
            <w:rPr>
              <w:color w:val="5A5A5A"/>
              <w:sz w:val="16"/>
            </w:rPr>
            <w:t xml:space="preserve">  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2B273F">
            <w:rPr>
              <w:noProof/>
            </w:rPr>
            <w:t>1</w:t>
          </w:r>
          <w:r>
            <w:fldChar w:fldCharType="end"/>
          </w:r>
        </w:p>
      </w:tc>
      <w:tc>
        <w:tcPr>
          <w:tcW w:w="1584" w:type="dxa"/>
        </w:tcPr>
        <w:p w14:paraId="1B95519E" w14:textId="77777777" w:rsidR="00405F98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0DB3BAB7" wp14:editId="430EA3F2">
                <wp:extent cx="621792" cy="714597"/>
                <wp:effectExtent l="0" t="0" r="0" b="0"/>
                <wp:docPr id="1081558326" name="Picture 10815583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g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792" cy="7145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B314" w14:textId="77777777" w:rsidR="00841CAD" w:rsidRDefault="00841CAD">
      <w:pPr>
        <w:spacing w:after="0" w:line="240" w:lineRule="auto"/>
      </w:pPr>
      <w:r>
        <w:separator/>
      </w:r>
    </w:p>
  </w:footnote>
  <w:footnote w:type="continuationSeparator" w:id="0">
    <w:p w14:paraId="7E9025AE" w14:textId="77777777" w:rsidR="00841CAD" w:rsidRDefault="00841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7C2A" w14:textId="77777777" w:rsidR="00405F98" w:rsidRDefault="00405F98">
    <w:pPr>
      <w:pStyle w:val="Head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040"/>
      <w:gridCol w:w="5040"/>
    </w:tblGrid>
    <w:tr w:rsidR="00405F98" w14:paraId="158B294C" w14:textId="77777777">
      <w:tc>
        <w:tcPr>
          <w:tcW w:w="5040" w:type="dxa"/>
        </w:tcPr>
        <w:p w14:paraId="58182854" w14:textId="77777777" w:rsidR="00405F98" w:rsidRDefault="00000000">
          <w:r>
            <w:rPr>
              <w:noProof/>
            </w:rPr>
            <w:drawing>
              <wp:inline distT="0" distB="0" distL="0" distR="0" wp14:anchorId="108A7B60" wp14:editId="2BABCCD8">
                <wp:extent cx="1965960" cy="428372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unded_by_UK_Gov_small (2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960" cy="4283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</w:tcPr>
        <w:p w14:paraId="31D00CE3" w14:textId="77777777" w:rsidR="00405F98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78DE526E" wp14:editId="040D4F9C">
                <wp:extent cx="1783080" cy="846963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CC-colour-logo half size (1) (2)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3080" cy="8469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4159052">
    <w:abstractNumId w:val="8"/>
  </w:num>
  <w:num w:numId="2" w16cid:durableId="162596227">
    <w:abstractNumId w:val="6"/>
  </w:num>
  <w:num w:numId="3" w16cid:durableId="1115640597">
    <w:abstractNumId w:val="5"/>
  </w:num>
  <w:num w:numId="4" w16cid:durableId="1664505914">
    <w:abstractNumId w:val="4"/>
  </w:num>
  <w:num w:numId="5" w16cid:durableId="817258532">
    <w:abstractNumId w:val="7"/>
  </w:num>
  <w:num w:numId="6" w16cid:durableId="1529949850">
    <w:abstractNumId w:val="3"/>
  </w:num>
  <w:num w:numId="7" w16cid:durableId="1929147954">
    <w:abstractNumId w:val="2"/>
  </w:num>
  <w:num w:numId="8" w16cid:durableId="1559434282">
    <w:abstractNumId w:val="1"/>
  </w:num>
  <w:num w:numId="9" w16cid:durableId="491876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273F"/>
    <w:rsid w:val="00326F90"/>
    <w:rsid w:val="00405F98"/>
    <w:rsid w:val="00841CAD"/>
    <w:rsid w:val="00AA1D8D"/>
    <w:rsid w:val="00B47730"/>
    <w:rsid w:val="00C0101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8FD8B8"/>
  <w14:defaultImageDpi w14:val="300"/>
  <w15:docId w15:val="{F7C8F6B1-21B0-4FE4-A99E-09E672CA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e">
    <w:name w:val="Note"/>
    <w:rPr>
      <w:rFonts w:ascii="Arial" w:hAnsi="Arial"/>
      <w:i/>
      <w:color w:val="5A5A5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32</Pages>
  <Words>1343</Words>
  <Characters>7483</Characters>
  <Application>Microsoft Office Word</Application>
  <DocSecurity>0</DocSecurity>
  <Lines>831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CRF Resilience Grant Application Form Over £10,000</dc:title>
  <dc:subject/>
  <dc:creator>Turbitt, Emily</dc:creator>
  <cp:keywords/>
  <dc:description>generated by python-docx</dc:description>
  <cp:lastModifiedBy>Turbitt, Emily</cp:lastModifiedBy>
  <cp:revision>2</cp:revision>
  <dcterms:created xsi:type="dcterms:W3CDTF">2026-09-23T08:28:00Z</dcterms:created>
  <dcterms:modified xsi:type="dcterms:W3CDTF">2026-09-23T08:54:00Z</dcterms:modified>
  <cp:category/>
</cp:coreProperties>
</file>